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0AF98" w14:textId="77777777" w:rsidR="002601FE" w:rsidRDefault="00000000">
      <w:pPr>
        <w:jc w:val="center"/>
      </w:pPr>
      <w:r>
        <w:rPr>
          <w:b/>
          <w:sz w:val="56"/>
        </w:rPr>
        <w:t>RANCANGAN PERNIAGAAN</w:t>
      </w:r>
      <w:r>
        <w:rPr>
          <w:b/>
          <w:sz w:val="56"/>
        </w:rPr>
        <w:br/>
        <w:t>NOR SHAZ ENTERPRISE</w:t>
      </w:r>
    </w:p>
    <w:p w14:paraId="6DCD2FDC" w14:textId="77777777" w:rsidR="002601FE" w:rsidRDefault="00000000">
      <w:r>
        <w:br/>
      </w:r>
    </w:p>
    <w:p w14:paraId="73B1FC5C" w14:textId="77777777" w:rsidR="002601FE" w:rsidRDefault="00000000">
      <w:pPr>
        <w:jc w:val="center"/>
      </w:pPr>
      <w:r>
        <w:rPr>
          <w:noProof/>
        </w:rPr>
        <w:drawing>
          <wp:inline distT="0" distB="0" distL="0" distR="0" wp14:anchorId="178C5799" wp14:editId="7E094CC3">
            <wp:extent cx="1828800" cy="187621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f2acca2-a64f-48a7-adea-f923d8fcbd6c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76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B55ED" w14:textId="047895CC" w:rsidR="002601FE" w:rsidRPr="00447748" w:rsidRDefault="00000000">
      <w:pPr>
        <w:jc w:val="center"/>
        <w:rPr>
          <w:rFonts w:ascii="Arial" w:hAnsi="Arial" w:cs="Arial"/>
        </w:rPr>
      </w:pPr>
      <w:r>
        <w:br/>
      </w:r>
      <w:r w:rsidR="00447748" w:rsidRPr="00447748">
        <w:rPr>
          <w:rFonts w:ascii="Arial" w:hAnsi="Arial" w:cs="Arial"/>
        </w:rPr>
        <w:t>BIDANG: PRODUK SEJUK BEKU</w:t>
      </w:r>
    </w:p>
    <w:p w14:paraId="2F8C2C5B" w14:textId="1A349541" w:rsidR="002601FE" w:rsidRPr="00447748" w:rsidRDefault="00447748">
      <w:pPr>
        <w:jc w:val="center"/>
        <w:rPr>
          <w:rFonts w:ascii="Arial" w:hAnsi="Arial" w:cs="Arial"/>
        </w:rPr>
      </w:pPr>
      <w:r w:rsidRPr="00447748">
        <w:rPr>
          <w:rFonts w:ascii="Arial" w:hAnsi="Arial" w:cs="Arial"/>
        </w:rPr>
        <w:t>LOKASI: BUKIT MERTAJAM, PULAU PINANG</w:t>
      </w:r>
    </w:p>
    <w:p w14:paraId="2F8E6EEF" w14:textId="77777777" w:rsidR="002601FE" w:rsidRDefault="00000000">
      <w:r>
        <w:br w:type="page"/>
      </w:r>
    </w:p>
    <w:p w14:paraId="0642926E" w14:textId="77777777" w:rsidR="002601FE" w:rsidRDefault="00000000">
      <w:r>
        <w:rPr>
          <w:b/>
          <w:sz w:val="32"/>
        </w:rPr>
        <w:lastRenderedPageBreak/>
        <w:t>1. MAKLUMAT PERNIAGAAN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08"/>
        <w:gridCol w:w="4320"/>
      </w:tblGrid>
      <w:tr w:rsidR="002601FE" w14:paraId="7479A864" w14:textId="77777777" w:rsidTr="00447748">
        <w:tc>
          <w:tcPr>
            <w:tcW w:w="1908" w:type="dxa"/>
          </w:tcPr>
          <w:p w14:paraId="42F84400" w14:textId="3CD9D8A3" w:rsidR="002601FE" w:rsidRPr="00447748" w:rsidRDefault="00000000">
            <w:pPr>
              <w:rPr>
                <w:rFonts w:ascii="Arial" w:hAnsi="Arial" w:cs="Arial"/>
              </w:rPr>
            </w:pPr>
            <w:r w:rsidRPr="00447748">
              <w:rPr>
                <w:rFonts w:ascii="Arial" w:hAnsi="Arial" w:cs="Arial"/>
              </w:rPr>
              <w:t>Nama</w:t>
            </w:r>
            <w:r w:rsidR="00447748">
              <w:rPr>
                <w:rFonts w:ascii="Arial" w:hAnsi="Arial" w:cs="Arial"/>
              </w:rPr>
              <w:t>:</w:t>
            </w:r>
          </w:p>
        </w:tc>
        <w:tc>
          <w:tcPr>
            <w:tcW w:w="4320" w:type="dxa"/>
          </w:tcPr>
          <w:p w14:paraId="49559D20" w14:textId="77777777" w:rsidR="002601FE" w:rsidRPr="00447748" w:rsidRDefault="00000000">
            <w:pPr>
              <w:rPr>
                <w:rFonts w:ascii="Arial" w:hAnsi="Arial" w:cs="Arial"/>
              </w:rPr>
            </w:pPr>
            <w:r w:rsidRPr="00447748">
              <w:rPr>
                <w:rFonts w:ascii="Arial" w:hAnsi="Arial" w:cs="Arial"/>
              </w:rPr>
              <w:t>Nor Shaz Enterprise</w:t>
            </w:r>
          </w:p>
        </w:tc>
      </w:tr>
      <w:tr w:rsidR="002601FE" w14:paraId="01CD1B73" w14:textId="77777777" w:rsidTr="00447748">
        <w:tc>
          <w:tcPr>
            <w:tcW w:w="1908" w:type="dxa"/>
          </w:tcPr>
          <w:p w14:paraId="7A3E0760" w14:textId="0347B99A" w:rsidR="002601FE" w:rsidRPr="00447748" w:rsidRDefault="00000000">
            <w:pPr>
              <w:rPr>
                <w:rFonts w:ascii="Arial" w:hAnsi="Arial" w:cs="Arial"/>
              </w:rPr>
            </w:pPr>
            <w:r w:rsidRPr="00447748">
              <w:rPr>
                <w:rFonts w:ascii="Arial" w:hAnsi="Arial" w:cs="Arial"/>
              </w:rPr>
              <w:t>Jenis</w:t>
            </w:r>
            <w:r w:rsidR="00447748">
              <w:rPr>
                <w:rFonts w:ascii="Arial" w:hAnsi="Arial" w:cs="Arial"/>
              </w:rPr>
              <w:t>:</w:t>
            </w:r>
          </w:p>
        </w:tc>
        <w:tc>
          <w:tcPr>
            <w:tcW w:w="4320" w:type="dxa"/>
          </w:tcPr>
          <w:p w14:paraId="38ADE23D" w14:textId="77777777" w:rsidR="002601FE" w:rsidRPr="00447748" w:rsidRDefault="00000000">
            <w:pPr>
              <w:rPr>
                <w:rFonts w:ascii="Arial" w:hAnsi="Arial" w:cs="Arial"/>
              </w:rPr>
            </w:pPr>
            <w:r w:rsidRPr="00447748">
              <w:rPr>
                <w:rFonts w:ascii="Arial" w:hAnsi="Arial" w:cs="Arial"/>
              </w:rPr>
              <w:t>Pemilikan Tunggal</w:t>
            </w:r>
          </w:p>
        </w:tc>
      </w:tr>
      <w:tr w:rsidR="002601FE" w14:paraId="79A533ED" w14:textId="77777777" w:rsidTr="00447748">
        <w:tc>
          <w:tcPr>
            <w:tcW w:w="1908" w:type="dxa"/>
          </w:tcPr>
          <w:p w14:paraId="34A2C3B9" w14:textId="07E7FA0F" w:rsidR="002601FE" w:rsidRPr="00447748" w:rsidRDefault="00000000">
            <w:pPr>
              <w:rPr>
                <w:rFonts w:ascii="Arial" w:hAnsi="Arial" w:cs="Arial"/>
              </w:rPr>
            </w:pPr>
            <w:proofErr w:type="spellStart"/>
            <w:r w:rsidRPr="00447748">
              <w:rPr>
                <w:rFonts w:ascii="Arial" w:hAnsi="Arial" w:cs="Arial"/>
              </w:rPr>
              <w:t>Bidang</w:t>
            </w:r>
            <w:proofErr w:type="spellEnd"/>
            <w:r w:rsidR="00447748">
              <w:rPr>
                <w:rFonts w:ascii="Arial" w:hAnsi="Arial" w:cs="Arial"/>
              </w:rPr>
              <w:t>:</w:t>
            </w:r>
          </w:p>
        </w:tc>
        <w:tc>
          <w:tcPr>
            <w:tcW w:w="4320" w:type="dxa"/>
          </w:tcPr>
          <w:p w14:paraId="633B6BD8" w14:textId="77777777" w:rsidR="002601FE" w:rsidRPr="00447748" w:rsidRDefault="00000000">
            <w:pPr>
              <w:rPr>
                <w:rFonts w:ascii="Arial" w:hAnsi="Arial" w:cs="Arial"/>
              </w:rPr>
            </w:pPr>
            <w:r w:rsidRPr="00447748">
              <w:rPr>
                <w:rFonts w:ascii="Arial" w:hAnsi="Arial" w:cs="Arial"/>
              </w:rPr>
              <w:t>Produk Sejuk Beku</w:t>
            </w:r>
          </w:p>
        </w:tc>
      </w:tr>
      <w:tr w:rsidR="002601FE" w14:paraId="0699159B" w14:textId="77777777" w:rsidTr="00447748">
        <w:tc>
          <w:tcPr>
            <w:tcW w:w="1908" w:type="dxa"/>
          </w:tcPr>
          <w:p w14:paraId="51C611F8" w14:textId="0C58AD00" w:rsidR="002601FE" w:rsidRPr="00447748" w:rsidRDefault="00000000">
            <w:pPr>
              <w:rPr>
                <w:rFonts w:ascii="Arial" w:hAnsi="Arial" w:cs="Arial"/>
              </w:rPr>
            </w:pPr>
            <w:r w:rsidRPr="00447748">
              <w:rPr>
                <w:rFonts w:ascii="Arial" w:hAnsi="Arial" w:cs="Arial"/>
              </w:rPr>
              <w:t>Alamat</w:t>
            </w:r>
            <w:r w:rsidR="00447748">
              <w:rPr>
                <w:rFonts w:ascii="Arial" w:hAnsi="Arial" w:cs="Arial"/>
              </w:rPr>
              <w:t>:</w:t>
            </w:r>
          </w:p>
        </w:tc>
        <w:tc>
          <w:tcPr>
            <w:tcW w:w="4320" w:type="dxa"/>
          </w:tcPr>
          <w:p w14:paraId="36AC2F23" w14:textId="77777777" w:rsidR="002601FE" w:rsidRPr="00447748" w:rsidRDefault="00000000">
            <w:pPr>
              <w:rPr>
                <w:rFonts w:ascii="Arial" w:hAnsi="Arial" w:cs="Arial"/>
              </w:rPr>
            </w:pPr>
            <w:r w:rsidRPr="00447748">
              <w:rPr>
                <w:rFonts w:ascii="Arial" w:hAnsi="Arial" w:cs="Arial"/>
              </w:rPr>
              <w:t>Lot 397 A, Kampung Pelet, Bukit Mertajam</w:t>
            </w:r>
          </w:p>
        </w:tc>
      </w:tr>
      <w:tr w:rsidR="002601FE" w14:paraId="68E439F6" w14:textId="77777777" w:rsidTr="00447748">
        <w:tc>
          <w:tcPr>
            <w:tcW w:w="1908" w:type="dxa"/>
          </w:tcPr>
          <w:p w14:paraId="39DE7E27" w14:textId="40F18CED" w:rsidR="002601FE" w:rsidRPr="00447748" w:rsidRDefault="00000000">
            <w:pPr>
              <w:rPr>
                <w:rFonts w:ascii="Arial" w:hAnsi="Arial" w:cs="Arial"/>
              </w:rPr>
            </w:pPr>
            <w:r w:rsidRPr="00447748">
              <w:rPr>
                <w:rFonts w:ascii="Arial" w:hAnsi="Arial" w:cs="Arial"/>
              </w:rPr>
              <w:t>Tarikh Mula</w:t>
            </w:r>
            <w:r w:rsidR="00447748">
              <w:rPr>
                <w:rFonts w:ascii="Arial" w:hAnsi="Arial" w:cs="Arial"/>
              </w:rPr>
              <w:t>:</w:t>
            </w:r>
          </w:p>
        </w:tc>
        <w:tc>
          <w:tcPr>
            <w:tcW w:w="4320" w:type="dxa"/>
          </w:tcPr>
          <w:p w14:paraId="279A6367" w14:textId="77777777" w:rsidR="002601FE" w:rsidRPr="00447748" w:rsidRDefault="00000000">
            <w:pPr>
              <w:rPr>
                <w:rFonts w:ascii="Arial" w:hAnsi="Arial" w:cs="Arial"/>
              </w:rPr>
            </w:pPr>
            <w:r w:rsidRPr="00447748">
              <w:rPr>
                <w:rFonts w:ascii="Arial" w:hAnsi="Arial" w:cs="Arial"/>
              </w:rPr>
              <w:t>20 September 2024</w:t>
            </w:r>
          </w:p>
        </w:tc>
      </w:tr>
      <w:tr w:rsidR="002601FE" w14:paraId="2E31BBDC" w14:textId="77777777" w:rsidTr="00447748">
        <w:tc>
          <w:tcPr>
            <w:tcW w:w="1908" w:type="dxa"/>
          </w:tcPr>
          <w:p w14:paraId="16908084" w14:textId="0DB83538" w:rsidR="002601FE" w:rsidRPr="00447748" w:rsidRDefault="00000000">
            <w:pPr>
              <w:rPr>
                <w:rFonts w:ascii="Arial" w:hAnsi="Arial" w:cs="Arial"/>
              </w:rPr>
            </w:pPr>
            <w:r w:rsidRPr="00447748">
              <w:rPr>
                <w:rFonts w:ascii="Arial" w:hAnsi="Arial" w:cs="Arial"/>
              </w:rPr>
              <w:t>No SSM</w:t>
            </w:r>
            <w:r w:rsidR="00447748">
              <w:rPr>
                <w:rFonts w:ascii="Arial" w:hAnsi="Arial" w:cs="Arial"/>
              </w:rPr>
              <w:t>:</w:t>
            </w:r>
          </w:p>
        </w:tc>
        <w:tc>
          <w:tcPr>
            <w:tcW w:w="4320" w:type="dxa"/>
          </w:tcPr>
          <w:p w14:paraId="409EFBE1" w14:textId="77777777" w:rsidR="002601FE" w:rsidRPr="00447748" w:rsidRDefault="00000000">
            <w:pPr>
              <w:rPr>
                <w:rFonts w:ascii="Arial" w:hAnsi="Arial" w:cs="Arial"/>
              </w:rPr>
            </w:pPr>
            <w:r w:rsidRPr="00447748">
              <w:rPr>
                <w:rFonts w:ascii="Arial" w:hAnsi="Arial" w:cs="Arial"/>
              </w:rPr>
              <w:t>PGO307358-V</w:t>
            </w:r>
          </w:p>
        </w:tc>
      </w:tr>
    </w:tbl>
    <w:p w14:paraId="72CA2560" w14:textId="4CF42D6B" w:rsidR="00447748" w:rsidRDefault="00447748" w:rsidP="00447748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32"/>
          <w:szCs w:val="32"/>
        </w:rPr>
      </w:pPr>
      <w:r w:rsidRPr="00447748">
        <w:rPr>
          <w:rFonts w:ascii="Arial" w:eastAsia="Times New Roman" w:hAnsi="Arial" w:cs="Arial"/>
        </w:rPr>
        <w:pict w14:anchorId="622F559C">
          <v:rect id="_x0000_i1103" style="width:0;height:1.5pt" o:hralign="center" o:hrstd="t" o:hr="t" fillcolor="#a0a0a0" stroked="f"/>
        </w:pict>
      </w:r>
    </w:p>
    <w:p w14:paraId="6342CF3F" w14:textId="5D572242" w:rsidR="00447748" w:rsidRPr="00447748" w:rsidRDefault="00447748" w:rsidP="00447748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32"/>
          <w:szCs w:val="32"/>
        </w:rPr>
      </w:pPr>
      <w:r w:rsidRPr="00447748">
        <w:rPr>
          <w:rFonts w:eastAsia="Times New Roman" w:cs="Times New Roman"/>
          <w:b/>
          <w:bCs/>
          <w:kern w:val="36"/>
          <w:sz w:val="32"/>
          <w:szCs w:val="32"/>
        </w:rPr>
        <w:t>2. RINGKASAN PERNIAGAAN</w:t>
      </w:r>
    </w:p>
    <w:p w14:paraId="1515842C" w14:textId="77777777" w:rsidR="00447748" w:rsidRPr="00447748" w:rsidRDefault="00447748" w:rsidP="00447748">
      <w:p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 w:rsidRPr="00447748">
        <w:rPr>
          <w:rFonts w:ascii="Arial" w:eastAsia="Times New Roman" w:hAnsi="Arial" w:cs="Arial"/>
        </w:rPr>
        <w:t xml:space="preserve">Nor Shaz Enterprise </w:t>
      </w:r>
      <w:proofErr w:type="spellStart"/>
      <w:r w:rsidRPr="00447748">
        <w:rPr>
          <w:rFonts w:ascii="Arial" w:eastAsia="Times New Roman" w:hAnsi="Arial" w:cs="Arial"/>
        </w:rPr>
        <w:t>merupakan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perniagaan</w:t>
      </w:r>
      <w:proofErr w:type="spellEnd"/>
      <w:r w:rsidRPr="00447748">
        <w:rPr>
          <w:rFonts w:ascii="Arial" w:eastAsia="Times New Roman" w:hAnsi="Arial" w:cs="Arial"/>
        </w:rPr>
        <w:t xml:space="preserve"> yang </w:t>
      </w:r>
      <w:proofErr w:type="spellStart"/>
      <w:r w:rsidRPr="00447748">
        <w:rPr>
          <w:rFonts w:ascii="Arial" w:eastAsia="Times New Roman" w:hAnsi="Arial" w:cs="Arial"/>
        </w:rPr>
        <w:t>memfokuskan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kepada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pengeluaran</w:t>
      </w:r>
      <w:proofErr w:type="spellEnd"/>
      <w:r w:rsidRPr="00447748">
        <w:rPr>
          <w:rFonts w:ascii="Arial" w:eastAsia="Times New Roman" w:hAnsi="Arial" w:cs="Arial"/>
        </w:rPr>
        <w:t xml:space="preserve"> dan </w:t>
      </w:r>
      <w:proofErr w:type="spellStart"/>
      <w:r w:rsidRPr="00447748">
        <w:rPr>
          <w:rFonts w:ascii="Arial" w:eastAsia="Times New Roman" w:hAnsi="Arial" w:cs="Arial"/>
        </w:rPr>
        <w:t>penjualan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produk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berasaskan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puyuh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serta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ayam</w:t>
      </w:r>
      <w:proofErr w:type="spellEnd"/>
      <w:r w:rsidRPr="00447748">
        <w:rPr>
          <w:rFonts w:ascii="Arial" w:eastAsia="Times New Roman" w:hAnsi="Arial" w:cs="Arial"/>
        </w:rPr>
        <w:t xml:space="preserve"> kampung </w:t>
      </w:r>
      <w:proofErr w:type="spellStart"/>
      <w:r w:rsidRPr="00447748">
        <w:rPr>
          <w:rFonts w:ascii="Arial" w:eastAsia="Times New Roman" w:hAnsi="Arial" w:cs="Arial"/>
        </w:rPr>
        <w:t>dalam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bentuk</w:t>
      </w:r>
      <w:proofErr w:type="spellEnd"/>
      <w:r w:rsidRPr="00447748">
        <w:rPr>
          <w:rFonts w:ascii="Arial" w:eastAsia="Times New Roman" w:hAnsi="Arial" w:cs="Arial"/>
        </w:rPr>
        <w:t xml:space="preserve"> segar dan </w:t>
      </w:r>
      <w:proofErr w:type="spellStart"/>
      <w:r w:rsidRPr="00447748">
        <w:rPr>
          <w:rFonts w:ascii="Arial" w:eastAsia="Times New Roman" w:hAnsi="Arial" w:cs="Arial"/>
        </w:rPr>
        <w:t>sejuk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beku</w:t>
      </w:r>
      <w:proofErr w:type="spellEnd"/>
      <w:r w:rsidRPr="00447748">
        <w:rPr>
          <w:rFonts w:ascii="Arial" w:eastAsia="Times New Roman" w:hAnsi="Arial" w:cs="Arial"/>
        </w:rPr>
        <w:t xml:space="preserve">. </w:t>
      </w:r>
      <w:proofErr w:type="spellStart"/>
      <w:r w:rsidRPr="00447748">
        <w:rPr>
          <w:rFonts w:ascii="Arial" w:eastAsia="Times New Roman" w:hAnsi="Arial" w:cs="Arial"/>
        </w:rPr>
        <w:t>Produk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utama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termasuk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daging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puyuh</w:t>
      </w:r>
      <w:proofErr w:type="spellEnd"/>
      <w:r w:rsidRPr="00447748">
        <w:rPr>
          <w:rFonts w:ascii="Arial" w:eastAsia="Times New Roman" w:hAnsi="Arial" w:cs="Arial"/>
        </w:rPr>
        <w:t xml:space="preserve">, </w:t>
      </w:r>
      <w:proofErr w:type="spellStart"/>
      <w:r w:rsidRPr="00447748">
        <w:rPr>
          <w:rFonts w:ascii="Arial" w:eastAsia="Times New Roman" w:hAnsi="Arial" w:cs="Arial"/>
        </w:rPr>
        <w:t>produk</w:t>
      </w:r>
      <w:proofErr w:type="spellEnd"/>
      <w:r w:rsidRPr="00447748">
        <w:rPr>
          <w:rFonts w:ascii="Arial" w:eastAsia="Times New Roman" w:hAnsi="Arial" w:cs="Arial"/>
        </w:rPr>
        <w:t xml:space="preserve"> frozen, pes ready to eat, </w:t>
      </w:r>
      <w:proofErr w:type="spellStart"/>
      <w:r w:rsidRPr="00447748">
        <w:rPr>
          <w:rFonts w:ascii="Arial" w:eastAsia="Times New Roman" w:hAnsi="Arial" w:cs="Arial"/>
        </w:rPr>
        <w:t>pekasam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puyuh</w:t>
      </w:r>
      <w:proofErr w:type="spellEnd"/>
      <w:r w:rsidRPr="00447748">
        <w:rPr>
          <w:rFonts w:ascii="Arial" w:eastAsia="Times New Roman" w:hAnsi="Arial" w:cs="Arial"/>
        </w:rPr>
        <w:t xml:space="preserve">, </w:t>
      </w:r>
      <w:proofErr w:type="spellStart"/>
      <w:r w:rsidRPr="00447748">
        <w:rPr>
          <w:rFonts w:ascii="Arial" w:eastAsia="Times New Roman" w:hAnsi="Arial" w:cs="Arial"/>
        </w:rPr>
        <w:t>serunding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puyuh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serta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jualan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puyuh</w:t>
      </w:r>
      <w:proofErr w:type="spellEnd"/>
      <w:r w:rsidRPr="00447748">
        <w:rPr>
          <w:rFonts w:ascii="Arial" w:eastAsia="Times New Roman" w:hAnsi="Arial" w:cs="Arial"/>
        </w:rPr>
        <w:t xml:space="preserve"> dan </w:t>
      </w:r>
      <w:proofErr w:type="spellStart"/>
      <w:r w:rsidRPr="00447748">
        <w:rPr>
          <w:rFonts w:ascii="Arial" w:eastAsia="Times New Roman" w:hAnsi="Arial" w:cs="Arial"/>
        </w:rPr>
        <w:t>ayam</w:t>
      </w:r>
      <w:proofErr w:type="spellEnd"/>
      <w:r w:rsidRPr="00447748">
        <w:rPr>
          <w:rFonts w:ascii="Arial" w:eastAsia="Times New Roman" w:hAnsi="Arial" w:cs="Arial"/>
        </w:rPr>
        <w:t xml:space="preserve"> kampung </w:t>
      </w:r>
      <w:proofErr w:type="spellStart"/>
      <w:r w:rsidRPr="00447748">
        <w:rPr>
          <w:rFonts w:ascii="Arial" w:eastAsia="Times New Roman" w:hAnsi="Arial" w:cs="Arial"/>
        </w:rPr>
        <w:t>hidup</w:t>
      </w:r>
      <w:proofErr w:type="spellEnd"/>
      <w:r w:rsidRPr="00447748">
        <w:rPr>
          <w:rFonts w:ascii="Arial" w:eastAsia="Times New Roman" w:hAnsi="Arial" w:cs="Arial"/>
        </w:rPr>
        <w:t>.</w:t>
      </w:r>
    </w:p>
    <w:p w14:paraId="757C4F1E" w14:textId="77777777" w:rsidR="00447748" w:rsidRPr="00447748" w:rsidRDefault="00447748" w:rsidP="00447748">
      <w:p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proofErr w:type="spellStart"/>
      <w:r w:rsidRPr="00447748">
        <w:rPr>
          <w:rFonts w:ascii="Arial" w:eastAsia="Times New Roman" w:hAnsi="Arial" w:cs="Arial"/>
        </w:rPr>
        <w:t>Perniagaan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ini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bertujuan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untuk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menyediakan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produk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makanan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berkualiti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tinggi</w:t>
      </w:r>
      <w:proofErr w:type="spellEnd"/>
      <w:r w:rsidRPr="00447748">
        <w:rPr>
          <w:rFonts w:ascii="Arial" w:eastAsia="Times New Roman" w:hAnsi="Arial" w:cs="Arial"/>
        </w:rPr>
        <w:t xml:space="preserve">, </w:t>
      </w:r>
      <w:proofErr w:type="spellStart"/>
      <w:r w:rsidRPr="00447748">
        <w:rPr>
          <w:rFonts w:ascii="Arial" w:eastAsia="Times New Roman" w:hAnsi="Arial" w:cs="Arial"/>
        </w:rPr>
        <w:t>bersih</w:t>
      </w:r>
      <w:proofErr w:type="spellEnd"/>
      <w:r w:rsidRPr="00447748">
        <w:rPr>
          <w:rFonts w:ascii="Arial" w:eastAsia="Times New Roman" w:hAnsi="Arial" w:cs="Arial"/>
        </w:rPr>
        <w:t xml:space="preserve"> dan </w:t>
      </w:r>
      <w:proofErr w:type="spellStart"/>
      <w:r w:rsidRPr="00447748">
        <w:rPr>
          <w:rFonts w:ascii="Arial" w:eastAsia="Times New Roman" w:hAnsi="Arial" w:cs="Arial"/>
        </w:rPr>
        <w:t>mudah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disediakan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kepada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pelanggan</w:t>
      </w:r>
      <w:proofErr w:type="spellEnd"/>
      <w:r w:rsidRPr="00447748">
        <w:rPr>
          <w:rFonts w:ascii="Arial" w:eastAsia="Times New Roman" w:hAnsi="Arial" w:cs="Arial"/>
        </w:rPr>
        <w:t xml:space="preserve">. </w:t>
      </w:r>
      <w:proofErr w:type="spellStart"/>
      <w:r w:rsidRPr="00447748">
        <w:rPr>
          <w:rFonts w:ascii="Arial" w:eastAsia="Times New Roman" w:hAnsi="Arial" w:cs="Arial"/>
        </w:rPr>
        <w:t>Dengan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permintaan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tinggi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terhadap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makanan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segera</w:t>
      </w:r>
      <w:proofErr w:type="spellEnd"/>
      <w:r w:rsidRPr="00447748">
        <w:rPr>
          <w:rFonts w:ascii="Arial" w:eastAsia="Times New Roman" w:hAnsi="Arial" w:cs="Arial"/>
        </w:rPr>
        <w:t xml:space="preserve"> dan </w:t>
      </w:r>
      <w:proofErr w:type="spellStart"/>
      <w:r w:rsidRPr="00447748">
        <w:rPr>
          <w:rFonts w:ascii="Arial" w:eastAsia="Times New Roman" w:hAnsi="Arial" w:cs="Arial"/>
        </w:rPr>
        <w:t>produk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sejuk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beku</w:t>
      </w:r>
      <w:proofErr w:type="spellEnd"/>
      <w:r w:rsidRPr="00447748">
        <w:rPr>
          <w:rFonts w:ascii="Arial" w:eastAsia="Times New Roman" w:hAnsi="Arial" w:cs="Arial"/>
        </w:rPr>
        <w:t xml:space="preserve">, Nor Shaz Enterprise </w:t>
      </w:r>
      <w:proofErr w:type="spellStart"/>
      <w:r w:rsidRPr="00447748">
        <w:rPr>
          <w:rFonts w:ascii="Arial" w:eastAsia="Times New Roman" w:hAnsi="Arial" w:cs="Arial"/>
        </w:rPr>
        <w:t>berpotensi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berkembang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dalam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pasaran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tempatan</w:t>
      </w:r>
      <w:proofErr w:type="spellEnd"/>
      <w:r w:rsidRPr="00447748">
        <w:rPr>
          <w:rFonts w:ascii="Arial" w:eastAsia="Times New Roman" w:hAnsi="Arial" w:cs="Arial"/>
        </w:rPr>
        <w:t>.</w:t>
      </w:r>
    </w:p>
    <w:p w14:paraId="3CF42883" w14:textId="77777777" w:rsidR="00447748" w:rsidRPr="00447748" w:rsidRDefault="00447748" w:rsidP="004477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748">
        <w:rPr>
          <w:rFonts w:ascii="Arial" w:eastAsia="Times New Roman" w:hAnsi="Arial" w:cs="Arial"/>
        </w:rPr>
        <w:pict w14:anchorId="388946DC">
          <v:rect id="_x0000_i1102" style="width:0;height:1.5pt" o:hralign="center" o:hrstd="t" o:hr="t" fillcolor="#a0a0a0" stroked="f"/>
        </w:pict>
      </w:r>
    </w:p>
    <w:p w14:paraId="7DC2F1BE" w14:textId="77777777" w:rsidR="00447748" w:rsidRPr="00447748" w:rsidRDefault="00447748" w:rsidP="00447748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32"/>
          <w:szCs w:val="32"/>
        </w:rPr>
      </w:pPr>
      <w:r w:rsidRPr="00447748">
        <w:rPr>
          <w:rFonts w:eastAsia="Times New Roman" w:cs="Times New Roman"/>
          <w:b/>
          <w:bCs/>
          <w:kern w:val="36"/>
          <w:sz w:val="32"/>
          <w:szCs w:val="32"/>
        </w:rPr>
        <w:t>3. PRODUK / PERKHIDMATAN</w:t>
      </w:r>
    </w:p>
    <w:tbl>
      <w:tblPr>
        <w:tblStyle w:val="GridTable1Light-Accent4"/>
        <w:tblW w:w="0" w:type="auto"/>
        <w:tblLook w:val="04A0" w:firstRow="1" w:lastRow="0" w:firstColumn="1" w:lastColumn="0" w:noHBand="0" w:noVBand="1"/>
      </w:tblPr>
      <w:tblGrid>
        <w:gridCol w:w="2160"/>
        <w:gridCol w:w="2124"/>
      </w:tblGrid>
      <w:tr w:rsidR="00447748" w:rsidRPr="00447748" w14:paraId="17000CA4" w14:textId="77777777" w:rsidTr="004477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hideMark/>
          </w:tcPr>
          <w:p w14:paraId="3AC10328" w14:textId="11869752" w:rsidR="00447748" w:rsidRPr="00447748" w:rsidRDefault="00447748" w:rsidP="00447748">
            <w:pPr>
              <w:spacing w:line="276" w:lineRule="auto"/>
              <w:rPr>
                <w:rFonts w:ascii="Arial" w:eastAsia="Times New Roman" w:hAnsi="Arial" w:cs="Arial"/>
              </w:rPr>
            </w:pPr>
            <w:r w:rsidRPr="00447748">
              <w:rPr>
                <w:rFonts w:ascii="Arial" w:eastAsia="Times New Roman" w:hAnsi="Arial" w:cs="Arial"/>
              </w:rPr>
              <w:t>PRODUK</w:t>
            </w:r>
          </w:p>
        </w:tc>
        <w:tc>
          <w:tcPr>
            <w:tcW w:w="0" w:type="auto"/>
            <w:hideMark/>
          </w:tcPr>
          <w:p w14:paraId="19A2D632" w14:textId="737B87E1" w:rsidR="00447748" w:rsidRPr="00447748" w:rsidRDefault="00447748" w:rsidP="0044774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447748">
              <w:rPr>
                <w:rFonts w:ascii="Arial" w:eastAsia="Times New Roman" w:hAnsi="Arial" w:cs="Arial"/>
              </w:rPr>
              <w:t>PENERANGAN</w:t>
            </w:r>
          </w:p>
        </w:tc>
      </w:tr>
      <w:tr w:rsidR="00447748" w:rsidRPr="00447748" w14:paraId="6CEE4845" w14:textId="77777777" w:rsidTr="004477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hideMark/>
          </w:tcPr>
          <w:p w14:paraId="77F1A633" w14:textId="77777777" w:rsidR="00447748" w:rsidRPr="00447748" w:rsidRDefault="00447748" w:rsidP="00447748">
            <w:pPr>
              <w:spacing w:line="276" w:lineRule="auto"/>
              <w:rPr>
                <w:rFonts w:ascii="Arial" w:eastAsia="Times New Roman" w:hAnsi="Arial" w:cs="Arial"/>
              </w:rPr>
            </w:pPr>
            <w:proofErr w:type="spellStart"/>
            <w:r w:rsidRPr="00447748">
              <w:rPr>
                <w:rFonts w:ascii="Arial" w:eastAsia="Times New Roman" w:hAnsi="Arial" w:cs="Arial"/>
              </w:rPr>
              <w:t>Daging</w:t>
            </w:r>
            <w:proofErr w:type="spellEnd"/>
            <w:r w:rsidRPr="0044774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447748">
              <w:rPr>
                <w:rFonts w:ascii="Arial" w:eastAsia="Times New Roman" w:hAnsi="Arial" w:cs="Arial"/>
              </w:rPr>
              <w:t>puyuh</w:t>
            </w:r>
            <w:proofErr w:type="spellEnd"/>
          </w:p>
        </w:tc>
        <w:tc>
          <w:tcPr>
            <w:tcW w:w="0" w:type="auto"/>
            <w:hideMark/>
          </w:tcPr>
          <w:p w14:paraId="0C81DC54" w14:textId="77777777" w:rsidR="00447748" w:rsidRPr="00447748" w:rsidRDefault="00447748" w:rsidP="0044774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447748">
              <w:rPr>
                <w:rFonts w:ascii="Arial" w:eastAsia="Times New Roman" w:hAnsi="Arial" w:cs="Arial"/>
              </w:rPr>
              <w:t xml:space="preserve">Segar &amp; </w:t>
            </w:r>
            <w:proofErr w:type="spellStart"/>
            <w:r w:rsidRPr="00447748">
              <w:rPr>
                <w:rFonts w:ascii="Arial" w:eastAsia="Times New Roman" w:hAnsi="Arial" w:cs="Arial"/>
              </w:rPr>
              <w:t>sejuk</w:t>
            </w:r>
            <w:proofErr w:type="spellEnd"/>
            <w:r w:rsidRPr="0044774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447748">
              <w:rPr>
                <w:rFonts w:ascii="Arial" w:eastAsia="Times New Roman" w:hAnsi="Arial" w:cs="Arial"/>
              </w:rPr>
              <w:t>beku</w:t>
            </w:r>
            <w:proofErr w:type="spellEnd"/>
          </w:p>
        </w:tc>
      </w:tr>
      <w:tr w:rsidR="00447748" w:rsidRPr="00447748" w14:paraId="1E1EEAC8" w14:textId="77777777" w:rsidTr="004477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hideMark/>
          </w:tcPr>
          <w:p w14:paraId="0C578365" w14:textId="77777777" w:rsidR="00447748" w:rsidRPr="00447748" w:rsidRDefault="00447748" w:rsidP="00447748">
            <w:pPr>
              <w:spacing w:line="276" w:lineRule="auto"/>
              <w:rPr>
                <w:rFonts w:ascii="Arial" w:eastAsia="Times New Roman" w:hAnsi="Arial" w:cs="Arial"/>
              </w:rPr>
            </w:pPr>
            <w:proofErr w:type="spellStart"/>
            <w:r w:rsidRPr="00447748">
              <w:rPr>
                <w:rFonts w:ascii="Arial" w:eastAsia="Times New Roman" w:hAnsi="Arial" w:cs="Arial"/>
              </w:rPr>
              <w:t>Produk</w:t>
            </w:r>
            <w:proofErr w:type="spellEnd"/>
            <w:r w:rsidRPr="00447748">
              <w:rPr>
                <w:rFonts w:ascii="Arial" w:eastAsia="Times New Roman" w:hAnsi="Arial" w:cs="Arial"/>
              </w:rPr>
              <w:t xml:space="preserve"> frozen</w:t>
            </w:r>
          </w:p>
        </w:tc>
        <w:tc>
          <w:tcPr>
            <w:tcW w:w="0" w:type="auto"/>
            <w:hideMark/>
          </w:tcPr>
          <w:p w14:paraId="145864C7" w14:textId="77777777" w:rsidR="00447748" w:rsidRPr="00447748" w:rsidRDefault="00447748" w:rsidP="0044774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proofErr w:type="spellStart"/>
            <w:r w:rsidRPr="00447748">
              <w:rPr>
                <w:rFonts w:ascii="Arial" w:eastAsia="Times New Roman" w:hAnsi="Arial" w:cs="Arial"/>
              </w:rPr>
              <w:t>Pelbagai</w:t>
            </w:r>
            <w:proofErr w:type="spellEnd"/>
            <w:r w:rsidRPr="0044774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447748">
              <w:rPr>
                <w:rFonts w:ascii="Arial" w:eastAsia="Times New Roman" w:hAnsi="Arial" w:cs="Arial"/>
              </w:rPr>
              <w:t>jenis</w:t>
            </w:r>
            <w:proofErr w:type="spellEnd"/>
          </w:p>
        </w:tc>
      </w:tr>
      <w:tr w:rsidR="00447748" w:rsidRPr="00447748" w14:paraId="2CF3827A" w14:textId="77777777" w:rsidTr="004477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hideMark/>
          </w:tcPr>
          <w:p w14:paraId="2321AEE2" w14:textId="77777777" w:rsidR="00447748" w:rsidRPr="00447748" w:rsidRDefault="00447748" w:rsidP="00447748">
            <w:pPr>
              <w:spacing w:line="276" w:lineRule="auto"/>
              <w:rPr>
                <w:rFonts w:ascii="Arial" w:eastAsia="Times New Roman" w:hAnsi="Arial" w:cs="Arial"/>
              </w:rPr>
            </w:pPr>
            <w:r w:rsidRPr="00447748">
              <w:rPr>
                <w:rFonts w:ascii="Arial" w:eastAsia="Times New Roman" w:hAnsi="Arial" w:cs="Arial"/>
              </w:rPr>
              <w:t>Pes ready to eat</w:t>
            </w:r>
          </w:p>
        </w:tc>
        <w:tc>
          <w:tcPr>
            <w:tcW w:w="0" w:type="auto"/>
            <w:hideMark/>
          </w:tcPr>
          <w:p w14:paraId="5E3EDEBB" w14:textId="77777777" w:rsidR="00447748" w:rsidRPr="00447748" w:rsidRDefault="00447748" w:rsidP="0044774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proofErr w:type="spellStart"/>
            <w:r w:rsidRPr="00447748">
              <w:rPr>
                <w:rFonts w:ascii="Arial" w:eastAsia="Times New Roman" w:hAnsi="Arial" w:cs="Arial"/>
              </w:rPr>
              <w:t>Mudah</w:t>
            </w:r>
            <w:proofErr w:type="spellEnd"/>
            <w:r w:rsidRPr="0044774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447748">
              <w:rPr>
                <w:rFonts w:ascii="Arial" w:eastAsia="Times New Roman" w:hAnsi="Arial" w:cs="Arial"/>
              </w:rPr>
              <w:t>masak</w:t>
            </w:r>
            <w:proofErr w:type="spellEnd"/>
          </w:p>
        </w:tc>
      </w:tr>
      <w:tr w:rsidR="00447748" w:rsidRPr="00447748" w14:paraId="7085BF8B" w14:textId="77777777" w:rsidTr="004477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hideMark/>
          </w:tcPr>
          <w:p w14:paraId="14E1544B" w14:textId="77777777" w:rsidR="00447748" w:rsidRPr="00447748" w:rsidRDefault="00447748" w:rsidP="00447748">
            <w:pPr>
              <w:spacing w:line="276" w:lineRule="auto"/>
              <w:rPr>
                <w:rFonts w:ascii="Arial" w:eastAsia="Times New Roman" w:hAnsi="Arial" w:cs="Arial"/>
              </w:rPr>
            </w:pPr>
            <w:proofErr w:type="spellStart"/>
            <w:r w:rsidRPr="00447748">
              <w:rPr>
                <w:rFonts w:ascii="Arial" w:eastAsia="Times New Roman" w:hAnsi="Arial" w:cs="Arial"/>
              </w:rPr>
              <w:t>Pekasam</w:t>
            </w:r>
            <w:proofErr w:type="spellEnd"/>
            <w:r w:rsidRPr="0044774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447748">
              <w:rPr>
                <w:rFonts w:ascii="Arial" w:eastAsia="Times New Roman" w:hAnsi="Arial" w:cs="Arial"/>
              </w:rPr>
              <w:t>puyuh</w:t>
            </w:r>
            <w:proofErr w:type="spellEnd"/>
          </w:p>
        </w:tc>
        <w:tc>
          <w:tcPr>
            <w:tcW w:w="0" w:type="auto"/>
            <w:hideMark/>
          </w:tcPr>
          <w:p w14:paraId="236B9026" w14:textId="77777777" w:rsidR="00447748" w:rsidRPr="00447748" w:rsidRDefault="00447748" w:rsidP="0044774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proofErr w:type="spellStart"/>
            <w:r w:rsidRPr="00447748">
              <w:rPr>
                <w:rFonts w:ascii="Arial" w:eastAsia="Times New Roman" w:hAnsi="Arial" w:cs="Arial"/>
              </w:rPr>
              <w:t>Produk</w:t>
            </w:r>
            <w:proofErr w:type="spellEnd"/>
            <w:r w:rsidRPr="0044774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447748">
              <w:rPr>
                <w:rFonts w:ascii="Arial" w:eastAsia="Times New Roman" w:hAnsi="Arial" w:cs="Arial"/>
              </w:rPr>
              <w:t>tradisional</w:t>
            </w:r>
            <w:proofErr w:type="spellEnd"/>
          </w:p>
        </w:tc>
      </w:tr>
      <w:tr w:rsidR="00447748" w:rsidRPr="00447748" w14:paraId="0C9BD1A9" w14:textId="77777777" w:rsidTr="004477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hideMark/>
          </w:tcPr>
          <w:p w14:paraId="56122B1C" w14:textId="77777777" w:rsidR="00447748" w:rsidRPr="00447748" w:rsidRDefault="00447748" w:rsidP="00447748">
            <w:pPr>
              <w:spacing w:line="276" w:lineRule="auto"/>
              <w:rPr>
                <w:rFonts w:ascii="Arial" w:eastAsia="Times New Roman" w:hAnsi="Arial" w:cs="Arial"/>
              </w:rPr>
            </w:pPr>
            <w:proofErr w:type="spellStart"/>
            <w:r w:rsidRPr="00447748">
              <w:rPr>
                <w:rFonts w:ascii="Arial" w:eastAsia="Times New Roman" w:hAnsi="Arial" w:cs="Arial"/>
              </w:rPr>
              <w:t>Serunding</w:t>
            </w:r>
            <w:proofErr w:type="spellEnd"/>
            <w:r w:rsidRPr="0044774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447748">
              <w:rPr>
                <w:rFonts w:ascii="Arial" w:eastAsia="Times New Roman" w:hAnsi="Arial" w:cs="Arial"/>
              </w:rPr>
              <w:t>puyuh</w:t>
            </w:r>
            <w:proofErr w:type="spellEnd"/>
          </w:p>
        </w:tc>
        <w:tc>
          <w:tcPr>
            <w:tcW w:w="0" w:type="auto"/>
            <w:hideMark/>
          </w:tcPr>
          <w:p w14:paraId="120CB581" w14:textId="77777777" w:rsidR="00447748" w:rsidRPr="00447748" w:rsidRDefault="00447748" w:rsidP="0044774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447748">
              <w:rPr>
                <w:rFonts w:ascii="Arial" w:eastAsia="Times New Roman" w:hAnsi="Arial" w:cs="Arial"/>
              </w:rPr>
              <w:t xml:space="preserve">Sedia </w:t>
            </w:r>
            <w:proofErr w:type="spellStart"/>
            <w:r w:rsidRPr="00447748">
              <w:rPr>
                <w:rFonts w:ascii="Arial" w:eastAsia="Times New Roman" w:hAnsi="Arial" w:cs="Arial"/>
              </w:rPr>
              <w:t>makan</w:t>
            </w:r>
            <w:proofErr w:type="spellEnd"/>
          </w:p>
        </w:tc>
      </w:tr>
      <w:tr w:rsidR="00447748" w:rsidRPr="00447748" w14:paraId="3F4FE8CF" w14:textId="77777777" w:rsidTr="004477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hideMark/>
          </w:tcPr>
          <w:p w14:paraId="50C6F1EC" w14:textId="77777777" w:rsidR="00447748" w:rsidRPr="00447748" w:rsidRDefault="00447748" w:rsidP="00447748">
            <w:pPr>
              <w:spacing w:line="276" w:lineRule="auto"/>
              <w:rPr>
                <w:rFonts w:ascii="Arial" w:eastAsia="Times New Roman" w:hAnsi="Arial" w:cs="Arial"/>
              </w:rPr>
            </w:pPr>
            <w:proofErr w:type="spellStart"/>
            <w:r w:rsidRPr="00447748">
              <w:rPr>
                <w:rFonts w:ascii="Arial" w:eastAsia="Times New Roman" w:hAnsi="Arial" w:cs="Arial"/>
              </w:rPr>
              <w:t>Puyuh</w:t>
            </w:r>
            <w:proofErr w:type="spellEnd"/>
            <w:r w:rsidRPr="0044774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447748">
              <w:rPr>
                <w:rFonts w:ascii="Arial" w:eastAsia="Times New Roman" w:hAnsi="Arial" w:cs="Arial"/>
              </w:rPr>
              <w:t>hidup</w:t>
            </w:r>
            <w:proofErr w:type="spellEnd"/>
          </w:p>
        </w:tc>
        <w:tc>
          <w:tcPr>
            <w:tcW w:w="0" w:type="auto"/>
            <w:hideMark/>
          </w:tcPr>
          <w:p w14:paraId="7B3BC70B" w14:textId="77777777" w:rsidR="00447748" w:rsidRPr="00447748" w:rsidRDefault="00447748" w:rsidP="0044774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proofErr w:type="spellStart"/>
            <w:r w:rsidRPr="00447748">
              <w:rPr>
                <w:rFonts w:ascii="Arial" w:eastAsia="Times New Roman" w:hAnsi="Arial" w:cs="Arial"/>
              </w:rPr>
              <w:t>Jualan</w:t>
            </w:r>
            <w:proofErr w:type="spellEnd"/>
            <w:r w:rsidRPr="0044774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447748">
              <w:rPr>
                <w:rFonts w:ascii="Arial" w:eastAsia="Times New Roman" w:hAnsi="Arial" w:cs="Arial"/>
              </w:rPr>
              <w:t>ternakan</w:t>
            </w:r>
            <w:proofErr w:type="spellEnd"/>
          </w:p>
        </w:tc>
      </w:tr>
      <w:tr w:rsidR="00447748" w:rsidRPr="00447748" w14:paraId="35191CEE" w14:textId="77777777" w:rsidTr="004477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hideMark/>
          </w:tcPr>
          <w:p w14:paraId="77A311C1" w14:textId="77777777" w:rsidR="00447748" w:rsidRPr="00447748" w:rsidRDefault="00447748" w:rsidP="00447748">
            <w:pPr>
              <w:spacing w:line="276" w:lineRule="auto"/>
              <w:rPr>
                <w:rFonts w:ascii="Arial" w:eastAsia="Times New Roman" w:hAnsi="Arial" w:cs="Arial"/>
              </w:rPr>
            </w:pPr>
            <w:r w:rsidRPr="00447748">
              <w:rPr>
                <w:rFonts w:ascii="Arial" w:eastAsia="Times New Roman" w:hAnsi="Arial" w:cs="Arial"/>
              </w:rPr>
              <w:t>Ayam kampung</w:t>
            </w:r>
          </w:p>
        </w:tc>
        <w:tc>
          <w:tcPr>
            <w:tcW w:w="0" w:type="auto"/>
            <w:hideMark/>
          </w:tcPr>
          <w:p w14:paraId="45ED2108" w14:textId="77777777" w:rsidR="00447748" w:rsidRPr="00447748" w:rsidRDefault="00447748" w:rsidP="0044774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447748">
              <w:rPr>
                <w:rFonts w:ascii="Arial" w:eastAsia="Times New Roman" w:hAnsi="Arial" w:cs="Arial"/>
              </w:rPr>
              <w:t>Hidup &amp; frozen</w:t>
            </w:r>
          </w:p>
        </w:tc>
      </w:tr>
    </w:tbl>
    <w:p w14:paraId="6E3C83FF" w14:textId="77777777" w:rsidR="00447748" w:rsidRDefault="00447748" w:rsidP="00447748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sz w:val="27"/>
          <w:szCs w:val="27"/>
        </w:rPr>
      </w:pPr>
    </w:p>
    <w:p w14:paraId="1F7794F4" w14:textId="309C10C8" w:rsidR="00447748" w:rsidRPr="00447748" w:rsidRDefault="00447748" w:rsidP="00447748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</w:rPr>
      </w:pPr>
      <w:r w:rsidRPr="00447748">
        <w:rPr>
          <w:rFonts w:ascii="Segoe UI Emoji" w:eastAsia="Times New Roman" w:hAnsi="Segoe UI Emoji" w:cs="Segoe UI Emoji"/>
          <w:b/>
          <w:bCs/>
          <w:sz w:val="27"/>
          <w:szCs w:val="27"/>
        </w:rPr>
        <w:lastRenderedPageBreak/>
        <w:t>✅</w:t>
      </w:r>
      <w:r w:rsidRPr="00447748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447748">
        <w:rPr>
          <w:rFonts w:ascii="Arial" w:eastAsia="Times New Roman" w:hAnsi="Arial" w:cs="Arial"/>
          <w:b/>
          <w:bCs/>
        </w:rPr>
        <w:t>Kelebihan</w:t>
      </w:r>
      <w:proofErr w:type="spellEnd"/>
      <w:r w:rsidRPr="00447748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447748">
        <w:rPr>
          <w:rFonts w:ascii="Arial" w:eastAsia="Times New Roman" w:hAnsi="Arial" w:cs="Arial"/>
          <w:b/>
          <w:bCs/>
        </w:rPr>
        <w:t>Produk</w:t>
      </w:r>
      <w:proofErr w:type="spellEnd"/>
      <w:r w:rsidRPr="00447748">
        <w:rPr>
          <w:rFonts w:ascii="Arial" w:eastAsia="Times New Roman" w:hAnsi="Arial" w:cs="Arial"/>
          <w:b/>
          <w:bCs/>
        </w:rPr>
        <w:t>:</w:t>
      </w:r>
    </w:p>
    <w:p w14:paraId="499A1AD9" w14:textId="77777777" w:rsidR="00447748" w:rsidRPr="00447748" w:rsidRDefault="00447748" w:rsidP="00447748">
      <w:pPr>
        <w:numPr>
          <w:ilvl w:val="0"/>
          <w:numId w:val="10"/>
        </w:numPr>
        <w:spacing w:before="100" w:beforeAutospacing="1" w:after="100" w:afterAutospacing="1"/>
        <w:rPr>
          <w:rFonts w:ascii="Arial" w:eastAsia="Times New Roman" w:hAnsi="Arial" w:cs="Arial"/>
        </w:rPr>
      </w:pPr>
      <w:proofErr w:type="spellStart"/>
      <w:r w:rsidRPr="00447748">
        <w:rPr>
          <w:rFonts w:ascii="Arial" w:eastAsia="Times New Roman" w:hAnsi="Arial" w:cs="Arial"/>
        </w:rPr>
        <w:t>Produk</w:t>
      </w:r>
      <w:proofErr w:type="spellEnd"/>
      <w:r w:rsidRPr="00447748">
        <w:rPr>
          <w:rFonts w:ascii="Arial" w:eastAsia="Times New Roman" w:hAnsi="Arial" w:cs="Arial"/>
        </w:rPr>
        <w:t xml:space="preserve"> segar &amp; </w:t>
      </w:r>
      <w:proofErr w:type="spellStart"/>
      <w:r w:rsidRPr="00447748">
        <w:rPr>
          <w:rFonts w:ascii="Arial" w:eastAsia="Times New Roman" w:hAnsi="Arial" w:cs="Arial"/>
        </w:rPr>
        <w:t>berkualiti</w:t>
      </w:r>
      <w:proofErr w:type="spellEnd"/>
      <w:r w:rsidRPr="00447748">
        <w:rPr>
          <w:rFonts w:ascii="Arial" w:eastAsia="Times New Roman" w:hAnsi="Arial" w:cs="Arial"/>
        </w:rPr>
        <w:t xml:space="preserve"> </w:t>
      </w:r>
    </w:p>
    <w:p w14:paraId="3804D83D" w14:textId="77777777" w:rsidR="00447748" w:rsidRPr="00447748" w:rsidRDefault="00447748" w:rsidP="00447748">
      <w:pPr>
        <w:numPr>
          <w:ilvl w:val="0"/>
          <w:numId w:val="10"/>
        </w:numPr>
        <w:spacing w:before="100" w:beforeAutospacing="1" w:after="100" w:afterAutospacing="1"/>
        <w:rPr>
          <w:rFonts w:ascii="Arial" w:eastAsia="Times New Roman" w:hAnsi="Arial" w:cs="Arial"/>
        </w:rPr>
      </w:pPr>
      <w:proofErr w:type="spellStart"/>
      <w:r w:rsidRPr="00447748">
        <w:rPr>
          <w:rFonts w:ascii="Arial" w:eastAsia="Times New Roman" w:hAnsi="Arial" w:cs="Arial"/>
        </w:rPr>
        <w:t>Pelbagai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pilihan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produk</w:t>
      </w:r>
      <w:proofErr w:type="spellEnd"/>
      <w:r w:rsidRPr="00447748">
        <w:rPr>
          <w:rFonts w:ascii="Arial" w:eastAsia="Times New Roman" w:hAnsi="Arial" w:cs="Arial"/>
        </w:rPr>
        <w:t xml:space="preserve"> </w:t>
      </w:r>
    </w:p>
    <w:p w14:paraId="2CE87B19" w14:textId="77777777" w:rsidR="00447748" w:rsidRPr="00447748" w:rsidRDefault="00447748" w:rsidP="00447748">
      <w:pPr>
        <w:numPr>
          <w:ilvl w:val="0"/>
          <w:numId w:val="10"/>
        </w:numPr>
        <w:spacing w:before="100" w:beforeAutospacing="1" w:after="100" w:afterAutospacing="1"/>
        <w:rPr>
          <w:rFonts w:ascii="Arial" w:eastAsia="Times New Roman" w:hAnsi="Arial" w:cs="Arial"/>
        </w:rPr>
      </w:pPr>
      <w:proofErr w:type="spellStart"/>
      <w:r w:rsidRPr="00447748">
        <w:rPr>
          <w:rFonts w:ascii="Arial" w:eastAsia="Times New Roman" w:hAnsi="Arial" w:cs="Arial"/>
        </w:rPr>
        <w:t>Mudah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disediakan</w:t>
      </w:r>
      <w:proofErr w:type="spellEnd"/>
      <w:r w:rsidRPr="00447748">
        <w:rPr>
          <w:rFonts w:ascii="Arial" w:eastAsia="Times New Roman" w:hAnsi="Arial" w:cs="Arial"/>
        </w:rPr>
        <w:t xml:space="preserve"> </w:t>
      </w:r>
    </w:p>
    <w:p w14:paraId="6DC726E0" w14:textId="77777777" w:rsidR="00447748" w:rsidRPr="00447748" w:rsidRDefault="00447748" w:rsidP="00447748">
      <w:pPr>
        <w:numPr>
          <w:ilvl w:val="0"/>
          <w:numId w:val="10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447748">
        <w:rPr>
          <w:rFonts w:ascii="Arial" w:eastAsia="Times New Roman" w:hAnsi="Arial" w:cs="Arial"/>
        </w:rPr>
        <w:t xml:space="preserve">Harga </w:t>
      </w:r>
      <w:proofErr w:type="spellStart"/>
      <w:r w:rsidRPr="00447748">
        <w:rPr>
          <w:rFonts w:ascii="Arial" w:eastAsia="Times New Roman" w:hAnsi="Arial" w:cs="Arial"/>
        </w:rPr>
        <w:t>berpatutan</w:t>
      </w:r>
      <w:proofErr w:type="spellEnd"/>
      <w:r w:rsidRPr="00447748">
        <w:rPr>
          <w:rFonts w:ascii="Arial" w:eastAsia="Times New Roman" w:hAnsi="Arial" w:cs="Arial"/>
        </w:rPr>
        <w:t xml:space="preserve"> </w:t>
      </w:r>
    </w:p>
    <w:p w14:paraId="0C2B5371" w14:textId="77777777" w:rsidR="00447748" w:rsidRPr="00447748" w:rsidRDefault="00447748" w:rsidP="0044774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47748">
        <w:rPr>
          <w:rFonts w:ascii="Arial" w:eastAsia="Times New Roman" w:hAnsi="Arial" w:cs="Arial"/>
        </w:rPr>
        <w:pict w14:anchorId="05703C05">
          <v:rect id="_x0000_i1074" style="width:0;height:1.5pt" o:hralign="center" o:hrstd="t" o:hr="t" fillcolor="#a0a0a0" stroked="f"/>
        </w:pict>
      </w:r>
    </w:p>
    <w:p w14:paraId="752CD776" w14:textId="77777777" w:rsidR="00447748" w:rsidRPr="00447748" w:rsidRDefault="00447748" w:rsidP="00447748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32"/>
          <w:szCs w:val="32"/>
        </w:rPr>
      </w:pPr>
      <w:r w:rsidRPr="00447748">
        <w:rPr>
          <w:rFonts w:eastAsia="Times New Roman" w:cs="Times New Roman"/>
          <w:b/>
          <w:bCs/>
          <w:kern w:val="36"/>
          <w:sz w:val="32"/>
          <w:szCs w:val="32"/>
        </w:rPr>
        <w:t>4. ANALISIS PASARAN</w:t>
      </w:r>
    </w:p>
    <w:p w14:paraId="5452B9A9" w14:textId="77777777" w:rsidR="00447748" w:rsidRPr="00447748" w:rsidRDefault="00447748" w:rsidP="00447748">
      <w:pPr>
        <w:spacing w:before="100" w:beforeAutospacing="1" w:after="100" w:afterAutospacing="1"/>
        <w:jc w:val="both"/>
        <w:outlineLvl w:val="2"/>
        <w:rPr>
          <w:rFonts w:ascii="Arial" w:eastAsia="Times New Roman" w:hAnsi="Arial" w:cs="Arial"/>
          <w:b/>
          <w:bCs/>
        </w:rPr>
      </w:pPr>
      <w:proofErr w:type="spellStart"/>
      <w:r w:rsidRPr="00447748">
        <w:rPr>
          <w:rFonts w:ascii="Arial" w:eastAsia="Times New Roman" w:hAnsi="Arial" w:cs="Arial"/>
          <w:b/>
          <w:bCs/>
        </w:rPr>
        <w:t>Sasaran</w:t>
      </w:r>
      <w:proofErr w:type="spellEnd"/>
      <w:r w:rsidRPr="00447748">
        <w:rPr>
          <w:rFonts w:ascii="Arial" w:eastAsia="Times New Roman" w:hAnsi="Arial" w:cs="Arial"/>
          <w:b/>
          <w:bCs/>
        </w:rPr>
        <w:t xml:space="preserve"> Pelanggan:</w:t>
      </w:r>
    </w:p>
    <w:p w14:paraId="04A9628A" w14:textId="77777777" w:rsidR="00447748" w:rsidRPr="00447748" w:rsidRDefault="00447748" w:rsidP="00447748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proofErr w:type="spellStart"/>
      <w:r w:rsidRPr="00447748">
        <w:rPr>
          <w:rFonts w:ascii="Arial" w:eastAsia="Times New Roman" w:hAnsi="Arial" w:cs="Arial"/>
        </w:rPr>
        <w:t>Penduduk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setempat</w:t>
      </w:r>
      <w:proofErr w:type="spellEnd"/>
      <w:r w:rsidRPr="00447748">
        <w:rPr>
          <w:rFonts w:ascii="Arial" w:eastAsia="Times New Roman" w:hAnsi="Arial" w:cs="Arial"/>
        </w:rPr>
        <w:t xml:space="preserve"> </w:t>
      </w:r>
    </w:p>
    <w:p w14:paraId="7135E8F3" w14:textId="77777777" w:rsidR="00447748" w:rsidRPr="00447748" w:rsidRDefault="00447748" w:rsidP="00447748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proofErr w:type="spellStart"/>
      <w:r w:rsidRPr="00447748">
        <w:rPr>
          <w:rFonts w:ascii="Arial" w:eastAsia="Times New Roman" w:hAnsi="Arial" w:cs="Arial"/>
        </w:rPr>
        <w:t>Peniaga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makanan</w:t>
      </w:r>
      <w:proofErr w:type="spellEnd"/>
      <w:r w:rsidRPr="00447748">
        <w:rPr>
          <w:rFonts w:ascii="Arial" w:eastAsia="Times New Roman" w:hAnsi="Arial" w:cs="Arial"/>
        </w:rPr>
        <w:t xml:space="preserve"> </w:t>
      </w:r>
    </w:p>
    <w:p w14:paraId="3C36A18C" w14:textId="77777777" w:rsidR="00447748" w:rsidRPr="00447748" w:rsidRDefault="00447748" w:rsidP="00447748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proofErr w:type="spellStart"/>
      <w:r w:rsidRPr="00447748">
        <w:rPr>
          <w:rFonts w:ascii="Arial" w:eastAsia="Times New Roman" w:hAnsi="Arial" w:cs="Arial"/>
        </w:rPr>
        <w:t>Keluarga</w:t>
      </w:r>
      <w:proofErr w:type="spellEnd"/>
      <w:r w:rsidRPr="00447748">
        <w:rPr>
          <w:rFonts w:ascii="Arial" w:eastAsia="Times New Roman" w:hAnsi="Arial" w:cs="Arial"/>
        </w:rPr>
        <w:t xml:space="preserve"> </w:t>
      </w:r>
    </w:p>
    <w:p w14:paraId="16E047A9" w14:textId="77777777" w:rsidR="00447748" w:rsidRPr="00447748" w:rsidRDefault="00447748" w:rsidP="00447748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proofErr w:type="spellStart"/>
      <w:r w:rsidRPr="00447748">
        <w:rPr>
          <w:rFonts w:ascii="Arial" w:eastAsia="Times New Roman" w:hAnsi="Arial" w:cs="Arial"/>
        </w:rPr>
        <w:t>Pembeli</w:t>
      </w:r>
      <w:proofErr w:type="spellEnd"/>
      <w:r w:rsidRPr="00447748">
        <w:rPr>
          <w:rFonts w:ascii="Arial" w:eastAsia="Times New Roman" w:hAnsi="Arial" w:cs="Arial"/>
        </w:rPr>
        <w:t xml:space="preserve"> online </w:t>
      </w:r>
    </w:p>
    <w:p w14:paraId="3529E308" w14:textId="77777777" w:rsidR="00447748" w:rsidRPr="00447748" w:rsidRDefault="00447748" w:rsidP="00447748">
      <w:pPr>
        <w:spacing w:before="100" w:beforeAutospacing="1" w:after="100" w:afterAutospacing="1"/>
        <w:jc w:val="both"/>
        <w:outlineLvl w:val="2"/>
        <w:rPr>
          <w:rFonts w:ascii="Arial" w:eastAsia="Times New Roman" w:hAnsi="Arial" w:cs="Arial"/>
          <w:b/>
          <w:bCs/>
        </w:rPr>
      </w:pPr>
      <w:proofErr w:type="spellStart"/>
      <w:r w:rsidRPr="00447748">
        <w:rPr>
          <w:rFonts w:ascii="Arial" w:eastAsia="Times New Roman" w:hAnsi="Arial" w:cs="Arial"/>
          <w:b/>
          <w:bCs/>
        </w:rPr>
        <w:t>Tahap</w:t>
      </w:r>
      <w:proofErr w:type="spellEnd"/>
      <w:r w:rsidRPr="00447748">
        <w:rPr>
          <w:rFonts w:ascii="Arial" w:eastAsia="Times New Roman" w:hAnsi="Arial" w:cs="Arial"/>
          <w:b/>
          <w:bCs/>
        </w:rPr>
        <w:t xml:space="preserve"> Permintaan:</w:t>
      </w:r>
    </w:p>
    <w:p w14:paraId="22F76C12" w14:textId="77777777" w:rsidR="00447748" w:rsidRPr="00447748" w:rsidRDefault="00447748" w:rsidP="00447748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 w:rsidRPr="00447748">
        <w:rPr>
          <w:rFonts w:ascii="Arial" w:eastAsia="Times New Roman" w:hAnsi="Arial" w:cs="Arial"/>
        </w:rPr>
        <w:t xml:space="preserve">Tinggi </w:t>
      </w:r>
      <w:proofErr w:type="spellStart"/>
      <w:r w:rsidRPr="00447748">
        <w:rPr>
          <w:rFonts w:ascii="Arial" w:eastAsia="Times New Roman" w:hAnsi="Arial" w:cs="Arial"/>
        </w:rPr>
        <w:t>untuk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produk</w:t>
      </w:r>
      <w:proofErr w:type="spellEnd"/>
      <w:r w:rsidRPr="00447748">
        <w:rPr>
          <w:rFonts w:ascii="Arial" w:eastAsia="Times New Roman" w:hAnsi="Arial" w:cs="Arial"/>
        </w:rPr>
        <w:t xml:space="preserve"> frozen &amp; ready to eat </w:t>
      </w:r>
    </w:p>
    <w:p w14:paraId="08F9B0EE" w14:textId="77777777" w:rsidR="00447748" w:rsidRPr="00447748" w:rsidRDefault="00447748" w:rsidP="00447748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 w:rsidRPr="00447748">
        <w:rPr>
          <w:rFonts w:ascii="Arial" w:eastAsia="Times New Roman" w:hAnsi="Arial" w:cs="Arial"/>
        </w:rPr>
        <w:t xml:space="preserve">Permintaan </w:t>
      </w:r>
      <w:proofErr w:type="spellStart"/>
      <w:r w:rsidRPr="00447748">
        <w:rPr>
          <w:rFonts w:ascii="Arial" w:eastAsia="Times New Roman" w:hAnsi="Arial" w:cs="Arial"/>
        </w:rPr>
        <w:t>stabil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sepanjang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tahun</w:t>
      </w:r>
      <w:proofErr w:type="spellEnd"/>
      <w:r w:rsidRPr="00447748">
        <w:rPr>
          <w:rFonts w:ascii="Arial" w:eastAsia="Times New Roman" w:hAnsi="Arial" w:cs="Arial"/>
        </w:rPr>
        <w:t xml:space="preserve"> </w:t>
      </w:r>
    </w:p>
    <w:p w14:paraId="6E054B63" w14:textId="77777777" w:rsidR="00447748" w:rsidRPr="00447748" w:rsidRDefault="00447748" w:rsidP="00447748">
      <w:pPr>
        <w:spacing w:before="100" w:beforeAutospacing="1" w:after="100" w:afterAutospacing="1"/>
        <w:jc w:val="both"/>
        <w:outlineLvl w:val="2"/>
        <w:rPr>
          <w:rFonts w:ascii="Arial" w:eastAsia="Times New Roman" w:hAnsi="Arial" w:cs="Arial"/>
          <w:b/>
          <w:bCs/>
        </w:rPr>
      </w:pPr>
      <w:proofErr w:type="spellStart"/>
      <w:r w:rsidRPr="00447748">
        <w:rPr>
          <w:rFonts w:ascii="Arial" w:eastAsia="Times New Roman" w:hAnsi="Arial" w:cs="Arial"/>
          <w:b/>
          <w:bCs/>
        </w:rPr>
        <w:t>Pesaing</w:t>
      </w:r>
      <w:proofErr w:type="spellEnd"/>
      <w:r w:rsidRPr="00447748">
        <w:rPr>
          <w:rFonts w:ascii="Arial" w:eastAsia="Times New Roman" w:hAnsi="Arial" w:cs="Arial"/>
          <w:b/>
          <w:bCs/>
        </w:rPr>
        <w:t>:</w:t>
      </w:r>
    </w:p>
    <w:p w14:paraId="5C2A0641" w14:textId="77777777" w:rsidR="00447748" w:rsidRPr="00447748" w:rsidRDefault="00447748" w:rsidP="00447748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proofErr w:type="spellStart"/>
      <w:r w:rsidRPr="00447748">
        <w:rPr>
          <w:rFonts w:ascii="Arial" w:eastAsia="Times New Roman" w:hAnsi="Arial" w:cs="Arial"/>
        </w:rPr>
        <w:t>Pengusaha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produk</w:t>
      </w:r>
      <w:proofErr w:type="spellEnd"/>
      <w:r w:rsidRPr="00447748">
        <w:rPr>
          <w:rFonts w:ascii="Arial" w:eastAsia="Times New Roman" w:hAnsi="Arial" w:cs="Arial"/>
        </w:rPr>
        <w:t xml:space="preserve"> frozen </w:t>
      </w:r>
      <w:proofErr w:type="spellStart"/>
      <w:r w:rsidRPr="00447748">
        <w:rPr>
          <w:rFonts w:ascii="Arial" w:eastAsia="Times New Roman" w:hAnsi="Arial" w:cs="Arial"/>
        </w:rPr>
        <w:t>tempatan</w:t>
      </w:r>
      <w:proofErr w:type="spellEnd"/>
      <w:r w:rsidRPr="00447748">
        <w:rPr>
          <w:rFonts w:ascii="Arial" w:eastAsia="Times New Roman" w:hAnsi="Arial" w:cs="Arial"/>
        </w:rPr>
        <w:t xml:space="preserve"> </w:t>
      </w:r>
    </w:p>
    <w:p w14:paraId="533EDE07" w14:textId="77777777" w:rsidR="00447748" w:rsidRPr="00447748" w:rsidRDefault="00447748" w:rsidP="00447748">
      <w:pPr>
        <w:spacing w:before="100" w:beforeAutospacing="1" w:after="100" w:afterAutospacing="1"/>
        <w:jc w:val="both"/>
        <w:outlineLvl w:val="2"/>
        <w:rPr>
          <w:rFonts w:ascii="Arial" w:eastAsia="Times New Roman" w:hAnsi="Arial" w:cs="Arial"/>
          <w:b/>
          <w:bCs/>
        </w:rPr>
      </w:pPr>
      <w:proofErr w:type="spellStart"/>
      <w:r w:rsidRPr="00447748">
        <w:rPr>
          <w:rFonts w:ascii="Arial" w:eastAsia="Times New Roman" w:hAnsi="Arial" w:cs="Arial"/>
          <w:b/>
          <w:bCs/>
        </w:rPr>
        <w:t>Kelebihan</w:t>
      </w:r>
      <w:proofErr w:type="spellEnd"/>
      <w:r w:rsidRPr="00447748">
        <w:rPr>
          <w:rFonts w:ascii="Arial" w:eastAsia="Times New Roman" w:hAnsi="Arial" w:cs="Arial"/>
          <w:b/>
          <w:bCs/>
        </w:rPr>
        <w:t xml:space="preserve"> Kompetitif:</w:t>
      </w:r>
    </w:p>
    <w:p w14:paraId="2DD89A65" w14:textId="77777777" w:rsidR="00447748" w:rsidRPr="00447748" w:rsidRDefault="00447748" w:rsidP="00447748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proofErr w:type="spellStart"/>
      <w:r w:rsidRPr="00447748">
        <w:rPr>
          <w:rFonts w:ascii="Arial" w:eastAsia="Times New Roman" w:hAnsi="Arial" w:cs="Arial"/>
        </w:rPr>
        <w:t>Produk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unik</w:t>
      </w:r>
      <w:proofErr w:type="spellEnd"/>
      <w:r w:rsidRPr="00447748">
        <w:rPr>
          <w:rFonts w:ascii="Arial" w:eastAsia="Times New Roman" w:hAnsi="Arial" w:cs="Arial"/>
        </w:rPr>
        <w:t xml:space="preserve"> (</w:t>
      </w:r>
      <w:proofErr w:type="spellStart"/>
      <w:r w:rsidRPr="00447748">
        <w:rPr>
          <w:rFonts w:ascii="Arial" w:eastAsia="Times New Roman" w:hAnsi="Arial" w:cs="Arial"/>
        </w:rPr>
        <w:t>berasaskan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puyuh</w:t>
      </w:r>
      <w:proofErr w:type="spellEnd"/>
      <w:r w:rsidRPr="00447748">
        <w:rPr>
          <w:rFonts w:ascii="Arial" w:eastAsia="Times New Roman" w:hAnsi="Arial" w:cs="Arial"/>
        </w:rPr>
        <w:t xml:space="preserve">) </w:t>
      </w:r>
    </w:p>
    <w:p w14:paraId="69A7E516" w14:textId="77777777" w:rsidR="00447748" w:rsidRPr="00447748" w:rsidRDefault="00447748" w:rsidP="00447748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 w:rsidRPr="00447748">
        <w:rPr>
          <w:rFonts w:ascii="Arial" w:eastAsia="Times New Roman" w:hAnsi="Arial" w:cs="Arial"/>
        </w:rPr>
        <w:t xml:space="preserve">Proses </w:t>
      </w:r>
      <w:proofErr w:type="spellStart"/>
      <w:r w:rsidRPr="00447748">
        <w:rPr>
          <w:rFonts w:ascii="Arial" w:eastAsia="Times New Roman" w:hAnsi="Arial" w:cs="Arial"/>
        </w:rPr>
        <w:t>bersih</w:t>
      </w:r>
      <w:proofErr w:type="spellEnd"/>
      <w:r w:rsidRPr="00447748">
        <w:rPr>
          <w:rFonts w:ascii="Arial" w:eastAsia="Times New Roman" w:hAnsi="Arial" w:cs="Arial"/>
        </w:rPr>
        <w:t xml:space="preserve"> &amp; </w:t>
      </w:r>
      <w:proofErr w:type="spellStart"/>
      <w:r w:rsidRPr="00447748">
        <w:rPr>
          <w:rFonts w:ascii="Arial" w:eastAsia="Times New Roman" w:hAnsi="Arial" w:cs="Arial"/>
        </w:rPr>
        <w:t>sistematik</w:t>
      </w:r>
      <w:proofErr w:type="spellEnd"/>
      <w:r w:rsidRPr="00447748">
        <w:rPr>
          <w:rFonts w:ascii="Arial" w:eastAsia="Times New Roman" w:hAnsi="Arial" w:cs="Arial"/>
        </w:rPr>
        <w:t xml:space="preserve"> </w:t>
      </w:r>
    </w:p>
    <w:p w14:paraId="690C795F" w14:textId="77777777" w:rsidR="00447748" w:rsidRPr="00447748" w:rsidRDefault="00447748" w:rsidP="00447748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 w:rsidRPr="00447748">
        <w:rPr>
          <w:rFonts w:ascii="Arial" w:eastAsia="Times New Roman" w:hAnsi="Arial" w:cs="Arial"/>
        </w:rPr>
        <w:t xml:space="preserve">Harga </w:t>
      </w:r>
      <w:proofErr w:type="spellStart"/>
      <w:r w:rsidRPr="00447748">
        <w:rPr>
          <w:rFonts w:ascii="Arial" w:eastAsia="Times New Roman" w:hAnsi="Arial" w:cs="Arial"/>
        </w:rPr>
        <w:t>kompetitif</w:t>
      </w:r>
      <w:proofErr w:type="spellEnd"/>
      <w:r w:rsidRPr="00447748">
        <w:rPr>
          <w:rFonts w:ascii="Arial" w:eastAsia="Times New Roman" w:hAnsi="Arial" w:cs="Arial"/>
        </w:rPr>
        <w:t xml:space="preserve"> </w:t>
      </w:r>
    </w:p>
    <w:p w14:paraId="1E991F6F" w14:textId="77777777" w:rsidR="00447748" w:rsidRPr="00447748" w:rsidRDefault="00447748" w:rsidP="004477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748">
        <w:rPr>
          <w:rFonts w:ascii="Arial" w:eastAsia="Times New Roman" w:hAnsi="Arial" w:cs="Arial"/>
        </w:rPr>
        <w:pict w14:anchorId="3DBB33FA">
          <v:rect id="_x0000_i1075" style="width:0;height:1.5pt" o:hralign="center" o:hrstd="t" o:hr="t" fillcolor="#a0a0a0" stroked="f"/>
        </w:pict>
      </w:r>
    </w:p>
    <w:p w14:paraId="7357AAB4" w14:textId="77777777" w:rsidR="00447748" w:rsidRPr="00447748" w:rsidRDefault="00447748" w:rsidP="00447748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32"/>
          <w:szCs w:val="32"/>
        </w:rPr>
      </w:pPr>
      <w:r w:rsidRPr="00447748">
        <w:rPr>
          <w:rFonts w:eastAsia="Times New Roman" w:cs="Times New Roman"/>
          <w:b/>
          <w:bCs/>
          <w:kern w:val="36"/>
          <w:sz w:val="32"/>
          <w:szCs w:val="32"/>
        </w:rPr>
        <w:t>5. STRATEGI PEMASARAN</w:t>
      </w:r>
    </w:p>
    <w:p w14:paraId="053CC33D" w14:textId="77777777" w:rsidR="00447748" w:rsidRPr="00447748" w:rsidRDefault="00447748" w:rsidP="00447748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 w:rsidRPr="00447748">
        <w:rPr>
          <w:rFonts w:ascii="Segoe UI Emoji" w:eastAsia="Times New Roman" w:hAnsi="Segoe UI Emoji" w:cs="Segoe UI Emoji"/>
        </w:rPr>
        <w:t>📱</w:t>
      </w:r>
      <w:r w:rsidRPr="00447748">
        <w:rPr>
          <w:rFonts w:ascii="Arial" w:eastAsia="Times New Roman" w:hAnsi="Arial" w:cs="Arial"/>
        </w:rPr>
        <w:t xml:space="preserve"> Online: Facebook, WhatsApp, TikTok </w:t>
      </w:r>
    </w:p>
    <w:p w14:paraId="071ABAC7" w14:textId="77777777" w:rsidR="00447748" w:rsidRPr="00447748" w:rsidRDefault="00447748" w:rsidP="00447748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 w:rsidRPr="00447748">
        <w:rPr>
          <w:rFonts w:ascii="Segoe UI Emoji" w:eastAsia="Times New Roman" w:hAnsi="Segoe UI Emoji" w:cs="Segoe UI Emoji"/>
        </w:rPr>
        <w:t>🏪</w:t>
      </w:r>
      <w:r w:rsidRPr="00447748">
        <w:rPr>
          <w:rFonts w:ascii="Arial" w:eastAsia="Times New Roman" w:hAnsi="Arial" w:cs="Arial"/>
        </w:rPr>
        <w:t xml:space="preserve"> Offline: </w:t>
      </w:r>
      <w:proofErr w:type="spellStart"/>
      <w:r w:rsidRPr="00447748">
        <w:rPr>
          <w:rFonts w:ascii="Arial" w:eastAsia="Times New Roman" w:hAnsi="Arial" w:cs="Arial"/>
        </w:rPr>
        <w:t>Jualan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terus</w:t>
      </w:r>
      <w:proofErr w:type="spellEnd"/>
      <w:r w:rsidRPr="00447748">
        <w:rPr>
          <w:rFonts w:ascii="Arial" w:eastAsia="Times New Roman" w:hAnsi="Arial" w:cs="Arial"/>
        </w:rPr>
        <w:t xml:space="preserve"> &amp; </w:t>
      </w:r>
      <w:proofErr w:type="spellStart"/>
      <w:r w:rsidRPr="00447748">
        <w:rPr>
          <w:rFonts w:ascii="Arial" w:eastAsia="Times New Roman" w:hAnsi="Arial" w:cs="Arial"/>
        </w:rPr>
        <w:t>pelanggan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tetap</w:t>
      </w:r>
      <w:proofErr w:type="spellEnd"/>
      <w:r w:rsidRPr="00447748">
        <w:rPr>
          <w:rFonts w:ascii="Arial" w:eastAsia="Times New Roman" w:hAnsi="Arial" w:cs="Arial"/>
        </w:rPr>
        <w:t xml:space="preserve"> </w:t>
      </w:r>
    </w:p>
    <w:p w14:paraId="277C1FF0" w14:textId="77777777" w:rsidR="00447748" w:rsidRPr="00447748" w:rsidRDefault="00447748" w:rsidP="00447748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 w:rsidRPr="00447748">
        <w:rPr>
          <w:rFonts w:ascii="Segoe UI Emoji" w:eastAsia="Times New Roman" w:hAnsi="Segoe UI Emoji" w:cs="Segoe UI Emoji"/>
        </w:rPr>
        <w:t>🤝</w:t>
      </w:r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Promosi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mulut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ke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mulut</w:t>
      </w:r>
      <w:proofErr w:type="spellEnd"/>
      <w:r w:rsidRPr="00447748">
        <w:rPr>
          <w:rFonts w:ascii="Arial" w:eastAsia="Times New Roman" w:hAnsi="Arial" w:cs="Arial"/>
        </w:rPr>
        <w:t xml:space="preserve"> </w:t>
      </w:r>
    </w:p>
    <w:p w14:paraId="5FE20424" w14:textId="77777777" w:rsidR="00447748" w:rsidRPr="00447748" w:rsidRDefault="00447748" w:rsidP="00447748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 w:rsidRPr="00447748">
        <w:rPr>
          <w:rFonts w:ascii="Segoe UI Emoji" w:eastAsia="Times New Roman" w:hAnsi="Segoe UI Emoji" w:cs="Segoe UI Emoji"/>
        </w:rPr>
        <w:t>📦</w:t>
      </w:r>
      <w:r w:rsidRPr="00447748">
        <w:rPr>
          <w:rFonts w:ascii="Arial" w:eastAsia="Times New Roman" w:hAnsi="Arial" w:cs="Arial"/>
        </w:rPr>
        <w:t xml:space="preserve"> Packaging </w:t>
      </w:r>
      <w:proofErr w:type="spellStart"/>
      <w:r w:rsidRPr="00447748">
        <w:rPr>
          <w:rFonts w:ascii="Arial" w:eastAsia="Times New Roman" w:hAnsi="Arial" w:cs="Arial"/>
        </w:rPr>
        <w:t>menarik</w:t>
      </w:r>
      <w:proofErr w:type="spellEnd"/>
      <w:r w:rsidRPr="00447748">
        <w:rPr>
          <w:rFonts w:ascii="Arial" w:eastAsia="Times New Roman" w:hAnsi="Arial" w:cs="Arial"/>
        </w:rPr>
        <w:t xml:space="preserve"> </w:t>
      </w:r>
    </w:p>
    <w:p w14:paraId="7CC5BDA1" w14:textId="77777777" w:rsidR="00447748" w:rsidRPr="00447748" w:rsidRDefault="00447748" w:rsidP="004477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748">
        <w:rPr>
          <w:rFonts w:ascii="Arial" w:eastAsia="Times New Roman" w:hAnsi="Arial" w:cs="Arial"/>
        </w:rPr>
        <w:pict w14:anchorId="51C5E572">
          <v:rect id="_x0000_i1076" style="width:0;height:1.5pt" o:hralign="center" o:hrstd="t" o:hr="t" fillcolor="#a0a0a0" stroked="f"/>
        </w:pict>
      </w:r>
    </w:p>
    <w:p w14:paraId="4908C08D" w14:textId="77777777" w:rsidR="00447748" w:rsidRPr="00447748" w:rsidRDefault="00447748" w:rsidP="00447748">
      <w:pPr>
        <w:spacing w:before="100" w:beforeAutospacing="1" w:after="100" w:afterAutospacing="1" w:line="240" w:lineRule="auto"/>
        <w:outlineLvl w:val="0"/>
        <w:rPr>
          <w:rFonts w:eastAsia="Times New Roman" w:cs="Arial"/>
          <w:b/>
          <w:bCs/>
          <w:kern w:val="36"/>
          <w:sz w:val="32"/>
          <w:szCs w:val="32"/>
        </w:rPr>
      </w:pPr>
      <w:r w:rsidRPr="00447748">
        <w:rPr>
          <w:rFonts w:eastAsia="Times New Roman" w:cs="Arial"/>
          <w:b/>
          <w:bCs/>
          <w:kern w:val="36"/>
          <w:sz w:val="32"/>
          <w:szCs w:val="32"/>
        </w:rPr>
        <w:lastRenderedPageBreak/>
        <w:t>6. OPERASI PERNIAGAAN</w:t>
      </w:r>
    </w:p>
    <w:p w14:paraId="6FCFACD3" w14:textId="77777777" w:rsidR="00447748" w:rsidRPr="00447748" w:rsidRDefault="00447748" w:rsidP="00447748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</w:rPr>
      </w:pPr>
      <w:r w:rsidRPr="00447748">
        <w:rPr>
          <w:rFonts w:ascii="Segoe UI Emoji" w:eastAsia="Times New Roman" w:hAnsi="Segoe UI Emoji" w:cs="Segoe UI Emoji"/>
          <w:b/>
          <w:bCs/>
        </w:rPr>
        <w:t>📍</w:t>
      </w:r>
      <w:r w:rsidRPr="00447748">
        <w:rPr>
          <w:rFonts w:ascii="Arial" w:eastAsia="Times New Roman" w:hAnsi="Arial" w:cs="Arial"/>
          <w:b/>
          <w:bCs/>
        </w:rPr>
        <w:t xml:space="preserve"> Lokasi:</w:t>
      </w:r>
    </w:p>
    <w:p w14:paraId="0D25FF0F" w14:textId="77777777" w:rsidR="00447748" w:rsidRPr="00447748" w:rsidRDefault="00447748" w:rsidP="00447748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447748">
        <w:rPr>
          <w:rFonts w:ascii="Arial" w:eastAsia="Times New Roman" w:hAnsi="Arial" w:cs="Arial"/>
        </w:rPr>
        <w:t xml:space="preserve">Pusat </w:t>
      </w:r>
      <w:proofErr w:type="spellStart"/>
      <w:r w:rsidRPr="00447748">
        <w:rPr>
          <w:rFonts w:ascii="Arial" w:eastAsia="Times New Roman" w:hAnsi="Arial" w:cs="Arial"/>
        </w:rPr>
        <w:t>Kecemerlangan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Organik</w:t>
      </w:r>
      <w:proofErr w:type="spellEnd"/>
      <w:r w:rsidRPr="00447748">
        <w:rPr>
          <w:rFonts w:ascii="Arial" w:eastAsia="Times New Roman" w:hAnsi="Arial" w:cs="Arial"/>
        </w:rPr>
        <w:br/>
        <w:t xml:space="preserve">Kampung </w:t>
      </w:r>
      <w:proofErr w:type="spellStart"/>
      <w:r w:rsidRPr="00447748">
        <w:rPr>
          <w:rFonts w:ascii="Arial" w:eastAsia="Times New Roman" w:hAnsi="Arial" w:cs="Arial"/>
        </w:rPr>
        <w:t>Pelet</w:t>
      </w:r>
      <w:proofErr w:type="spellEnd"/>
      <w:r w:rsidRPr="00447748">
        <w:rPr>
          <w:rFonts w:ascii="Arial" w:eastAsia="Times New Roman" w:hAnsi="Arial" w:cs="Arial"/>
        </w:rPr>
        <w:t xml:space="preserve">, Bukit </w:t>
      </w:r>
      <w:proofErr w:type="spellStart"/>
      <w:r w:rsidRPr="00447748">
        <w:rPr>
          <w:rFonts w:ascii="Arial" w:eastAsia="Times New Roman" w:hAnsi="Arial" w:cs="Arial"/>
        </w:rPr>
        <w:t>Mertajam</w:t>
      </w:r>
      <w:proofErr w:type="spellEnd"/>
      <w:r w:rsidRPr="00447748">
        <w:rPr>
          <w:rFonts w:ascii="Arial" w:eastAsia="Times New Roman" w:hAnsi="Arial" w:cs="Arial"/>
        </w:rPr>
        <w:t>, Pulau Pinang</w:t>
      </w:r>
    </w:p>
    <w:p w14:paraId="05B6A537" w14:textId="77777777" w:rsidR="00447748" w:rsidRPr="00447748" w:rsidRDefault="00447748" w:rsidP="00447748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</w:rPr>
      </w:pPr>
      <w:r w:rsidRPr="00447748">
        <w:rPr>
          <w:rFonts w:ascii="Segoe UI Emoji" w:eastAsia="Times New Roman" w:hAnsi="Segoe UI Emoji" w:cs="Segoe UI Emoji"/>
          <w:b/>
          <w:bCs/>
        </w:rPr>
        <w:t>⏰</w:t>
      </w:r>
      <w:r w:rsidRPr="00447748">
        <w:rPr>
          <w:rFonts w:ascii="Arial" w:eastAsia="Times New Roman" w:hAnsi="Arial" w:cs="Arial"/>
          <w:b/>
          <w:bCs/>
        </w:rPr>
        <w:t xml:space="preserve"> Waktu </w:t>
      </w:r>
      <w:proofErr w:type="spellStart"/>
      <w:r w:rsidRPr="00447748">
        <w:rPr>
          <w:rFonts w:ascii="Arial" w:eastAsia="Times New Roman" w:hAnsi="Arial" w:cs="Arial"/>
          <w:b/>
          <w:bCs/>
        </w:rPr>
        <w:t>Operasi</w:t>
      </w:r>
      <w:proofErr w:type="spellEnd"/>
      <w:r w:rsidRPr="00447748">
        <w:rPr>
          <w:rFonts w:ascii="Arial" w:eastAsia="Times New Roman" w:hAnsi="Arial" w:cs="Arial"/>
          <w:b/>
          <w:bCs/>
        </w:rPr>
        <w:t>:</w:t>
      </w:r>
    </w:p>
    <w:p w14:paraId="4AECDC63" w14:textId="77777777" w:rsidR="00447748" w:rsidRPr="00447748" w:rsidRDefault="00447748" w:rsidP="00447748">
      <w:pPr>
        <w:spacing w:before="100" w:beforeAutospacing="1" w:after="100" w:afterAutospacing="1"/>
        <w:rPr>
          <w:rFonts w:ascii="Arial" w:eastAsia="Times New Roman" w:hAnsi="Arial" w:cs="Arial"/>
        </w:rPr>
      </w:pPr>
      <w:proofErr w:type="spellStart"/>
      <w:r w:rsidRPr="00447748">
        <w:rPr>
          <w:rFonts w:ascii="Arial" w:eastAsia="Times New Roman" w:hAnsi="Arial" w:cs="Arial"/>
        </w:rPr>
        <w:t>Setiap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hari</w:t>
      </w:r>
      <w:proofErr w:type="spellEnd"/>
      <w:r w:rsidRPr="00447748">
        <w:rPr>
          <w:rFonts w:ascii="Arial" w:eastAsia="Times New Roman" w:hAnsi="Arial" w:cs="Arial"/>
        </w:rPr>
        <w:br/>
        <w:t xml:space="preserve">08.30 </w:t>
      </w:r>
      <w:proofErr w:type="spellStart"/>
      <w:r w:rsidRPr="00447748">
        <w:rPr>
          <w:rFonts w:ascii="Arial" w:eastAsia="Times New Roman" w:hAnsi="Arial" w:cs="Arial"/>
        </w:rPr>
        <w:t>pagi</w:t>
      </w:r>
      <w:proofErr w:type="spellEnd"/>
      <w:r w:rsidRPr="00447748">
        <w:rPr>
          <w:rFonts w:ascii="Arial" w:eastAsia="Times New Roman" w:hAnsi="Arial" w:cs="Arial"/>
        </w:rPr>
        <w:t xml:space="preserve"> – 06.00 </w:t>
      </w:r>
      <w:proofErr w:type="spellStart"/>
      <w:r w:rsidRPr="00447748">
        <w:rPr>
          <w:rFonts w:ascii="Arial" w:eastAsia="Times New Roman" w:hAnsi="Arial" w:cs="Arial"/>
        </w:rPr>
        <w:t>petang</w:t>
      </w:r>
      <w:proofErr w:type="spellEnd"/>
    </w:p>
    <w:p w14:paraId="7BCF9EA6" w14:textId="77777777" w:rsidR="00447748" w:rsidRPr="00447748" w:rsidRDefault="00447748" w:rsidP="00447748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</w:rPr>
      </w:pPr>
      <w:r w:rsidRPr="00447748">
        <w:rPr>
          <w:rFonts w:ascii="Segoe UI Emoji" w:eastAsia="Times New Roman" w:hAnsi="Segoe UI Emoji" w:cs="Segoe UI Emoji"/>
          <w:b/>
          <w:bCs/>
        </w:rPr>
        <w:t>⚙️</w:t>
      </w:r>
      <w:r w:rsidRPr="00447748">
        <w:rPr>
          <w:rFonts w:ascii="Arial" w:eastAsia="Times New Roman" w:hAnsi="Arial" w:cs="Arial"/>
          <w:b/>
          <w:bCs/>
        </w:rPr>
        <w:t xml:space="preserve"> Proses </w:t>
      </w:r>
      <w:proofErr w:type="spellStart"/>
      <w:r w:rsidRPr="00447748">
        <w:rPr>
          <w:rFonts w:ascii="Arial" w:eastAsia="Times New Roman" w:hAnsi="Arial" w:cs="Arial"/>
          <w:b/>
          <w:bCs/>
        </w:rPr>
        <w:t>Operasi</w:t>
      </w:r>
      <w:proofErr w:type="spellEnd"/>
      <w:r w:rsidRPr="00447748">
        <w:rPr>
          <w:rFonts w:ascii="Arial" w:eastAsia="Times New Roman" w:hAnsi="Arial" w:cs="Arial"/>
          <w:b/>
          <w:bCs/>
        </w:rPr>
        <w:t>:</w:t>
      </w:r>
    </w:p>
    <w:p w14:paraId="67063A97" w14:textId="77777777" w:rsidR="00447748" w:rsidRPr="00447748" w:rsidRDefault="00447748" w:rsidP="00447748">
      <w:pPr>
        <w:numPr>
          <w:ilvl w:val="0"/>
          <w:numId w:val="16"/>
        </w:numPr>
        <w:spacing w:before="100" w:beforeAutospacing="1" w:after="100" w:afterAutospacing="1"/>
        <w:rPr>
          <w:rFonts w:ascii="Arial" w:eastAsia="Times New Roman" w:hAnsi="Arial" w:cs="Arial"/>
        </w:rPr>
      </w:pPr>
      <w:proofErr w:type="spellStart"/>
      <w:r w:rsidRPr="00447748">
        <w:rPr>
          <w:rFonts w:ascii="Arial" w:eastAsia="Times New Roman" w:hAnsi="Arial" w:cs="Arial"/>
        </w:rPr>
        <w:t>Sembelihan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awal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pagi</w:t>
      </w:r>
      <w:proofErr w:type="spellEnd"/>
      <w:r w:rsidRPr="00447748">
        <w:rPr>
          <w:rFonts w:ascii="Arial" w:eastAsia="Times New Roman" w:hAnsi="Arial" w:cs="Arial"/>
        </w:rPr>
        <w:t xml:space="preserve"> </w:t>
      </w:r>
    </w:p>
    <w:p w14:paraId="7502AF75" w14:textId="77777777" w:rsidR="00447748" w:rsidRPr="00447748" w:rsidRDefault="00447748" w:rsidP="00447748">
      <w:pPr>
        <w:numPr>
          <w:ilvl w:val="0"/>
          <w:numId w:val="16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447748">
        <w:rPr>
          <w:rFonts w:ascii="Arial" w:eastAsia="Times New Roman" w:hAnsi="Arial" w:cs="Arial"/>
        </w:rPr>
        <w:t xml:space="preserve">Buang </w:t>
      </w:r>
      <w:proofErr w:type="spellStart"/>
      <w:r w:rsidRPr="00447748">
        <w:rPr>
          <w:rFonts w:ascii="Arial" w:eastAsia="Times New Roman" w:hAnsi="Arial" w:cs="Arial"/>
        </w:rPr>
        <w:t>bulu</w:t>
      </w:r>
      <w:proofErr w:type="spellEnd"/>
      <w:r w:rsidRPr="00447748">
        <w:rPr>
          <w:rFonts w:ascii="Arial" w:eastAsia="Times New Roman" w:hAnsi="Arial" w:cs="Arial"/>
        </w:rPr>
        <w:t xml:space="preserve"> guna </w:t>
      </w:r>
      <w:proofErr w:type="spellStart"/>
      <w:r w:rsidRPr="00447748">
        <w:rPr>
          <w:rFonts w:ascii="Arial" w:eastAsia="Times New Roman" w:hAnsi="Arial" w:cs="Arial"/>
        </w:rPr>
        <w:t>mesin</w:t>
      </w:r>
      <w:proofErr w:type="spellEnd"/>
      <w:r w:rsidRPr="00447748">
        <w:rPr>
          <w:rFonts w:ascii="Arial" w:eastAsia="Times New Roman" w:hAnsi="Arial" w:cs="Arial"/>
        </w:rPr>
        <w:t xml:space="preserve"> </w:t>
      </w:r>
    </w:p>
    <w:p w14:paraId="03121E55" w14:textId="77777777" w:rsidR="00447748" w:rsidRPr="00447748" w:rsidRDefault="00447748" w:rsidP="00447748">
      <w:pPr>
        <w:numPr>
          <w:ilvl w:val="0"/>
          <w:numId w:val="16"/>
        </w:numPr>
        <w:spacing w:before="100" w:beforeAutospacing="1" w:after="100" w:afterAutospacing="1"/>
        <w:rPr>
          <w:rFonts w:ascii="Arial" w:eastAsia="Times New Roman" w:hAnsi="Arial" w:cs="Arial"/>
        </w:rPr>
      </w:pPr>
      <w:proofErr w:type="spellStart"/>
      <w:r w:rsidRPr="00447748">
        <w:rPr>
          <w:rFonts w:ascii="Arial" w:eastAsia="Times New Roman" w:hAnsi="Arial" w:cs="Arial"/>
        </w:rPr>
        <w:t>Basuh</w:t>
      </w:r>
      <w:proofErr w:type="spellEnd"/>
      <w:r w:rsidRPr="00447748">
        <w:rPr>
          <w:rFonts w:ascii="Arial" w:eastAsia="Times New Roman" w:hAnsi="Arial" w:cs="Arial"/>
        </w:rPr>
        <w:t xml:space="preserve"> &amp; </w:t>
      </w:r>
      <w:proofErr w:type="spellStart"/>
      <w:r w:rsidRPr="00447748">
        <w:rPr>
          <w:rFonts w:ascii="Arial" w:eastAsia="Times New Roman" w:hAnsi="Arial" w:cs="Arial"/>
        </w:rPr>
        <w:t>bersihkan</w:t>
      </w:r>
      <w:proofErr w:type="spellEnd"/>
      <w:r w:rsidRPr="00447748">
        <w:rPr>
          <w:rFonts w:ascii="Arial" w:eastAsia="Times New Roman" w:hAnsi="Arial" w:cs="Arial"/>
        </w:rPr>
        <w:t xml:space="preserve"> </w:t>
      </w:r>
    </w:p>
    <w:p w14:paraId="69225C0C" w14:textId="77777777" w:rsidR="00447748" w:rsidRPr="00447748" w:rsidRDefault="00447748" w:rsidP="00447748">
      <w:pPr>
        <w:numPr>
          <w:ilvl w:val="0"/>
          <w:numId w:val="16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447748">
        <w:rPr>
          <w:rFonts w:ascii="Arial" w:eastAsia="Times New Roman" w:hAnsi="Arial" w:cs="Arial"/>
        </w:rPr>
        <w:t xml:space="preserve">Timbang </w:t>
      </w:r>
      <w:proofErr w:type="spellStart"/>
      <w:r w:rsidRPr="00447748">
        <w:rPr>
          <w:rFonts w:ascii="Arial" w:eastAsia="Times New Roman" w:hAnsi="Arial" w:cs="Arial"/>
        </w:rPr>
        <w:t>ikut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gred</w:t>
      </w:r>
      <w:proofErr w:type="spellEnd"/>
      <w:r w:rsidRPr="00447748">
        <w:rPr>
          <w:rFonts w:ascii="Arial" w:eastAsia="Times New Roman" w:hAnsi="Arial" w:cs="Arial"/>
        </w:rPr>
        <w:t xml:space="preserve"> </w:t>
      </w:r>
    </w:p>
    <w:p w14:paraId="663228E7" w14:textId="77777777" w:rsidR="00447748" w:rsidRPr="00447748" w:rsidRDefault="00447748" w:rsidP="00447748">
      <w:pPr>
        <w:numPr>
          <w:ilvl w:val="0"/>
          <w:numId w:val="16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447748">
        <w:rPr>
          <w:rFonts w:ascii="Arial" w:eastAsia="Times New Roman" w:hAnsi="Arial" w:cs="Arial"/>
        </w:rPr>
        <w:t xml:space="preserve">Packing </w:t>
      </w:r>
    </w:p>
    <w:p w14:paraId="2D581005" w14:textId="77777777" w:rsidR="00447748" w:rsidRPr="00447748" w:rsidRDefault="00447748" w:rsidP="00447748">
      <w:pPr>
        <w:numPr>
          <w:ilvl w:val="0"/>
          <w:numId w:val="16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447748">
        <w:rPr>
          <w:rFonts w:ascii="Arial" w:eastAsia="Times New Roman" w:hAnsi="Arial" w:cs="Arial"/>
        </w:rPr>
        <w:t xml:space="preserve">Buang </w:t>
      </w:r>
      <w:proofErr w:type="spellStart"/>
      <w:r w:rsidRPr="00447748">
        <w:rPr>
          <w:rFonts w:ascii="Arial" w:eastAsia="Times New Roman" w:hAnsi="Arial" w:cs="Arial"/>
        </w:rPr>
        <w:t>sisa</w:t>
      </w:r>
      <w:proofErr w:type="spellEnd"/>
      <w:r w:rsidRPr="00447748">
        <w:rPr>
          <w:rFonts w:ascii="Arial" w:eastAsia="Times New Roman" w:hAnsi="Arial" w:cs="Arial"/>
        </w:rPr>
        <w:t xml:space="preserve"> </w:t>
      </w:r>
    </w:p>
    <w:p w14:paraId="266B4B16" w14:textId="77777777" w:rsidR="00447748" w:rsidRPr="00447748" w:rsidRDefault="00447748" w:rsidP="00447748">
      <w:pPr>
        <w:numPr>
          <w:ilvl w:val="0"/>
          <w:numId w:val="16"/>
        </w:numPr>
        <w:spacing w:before="100" w:beforeAutospacing="1" w:after="100" w:afterAutospacing="1"/>
        <w:rPr>
          <w:rFonts w:ascii="Arial" w:eastAsia="Times New Roman" w:hAnsi="Arial" w:cs="Arial"/>
        </w:rPr>
      </w:pPr>
      <w:proofErr w:type="spellStart"/>
      <w:r w:rsidRPr="00447748">
        <w:rPr>
          <w:rFonts w:ascii="Arial" w:eastAsia="Times New Roman" w:hAnsi="Arial" w:cs="Arial"/>
        </w:rPr>
        <w:t>Edaran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kepada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pelanggan</w:t>
      </w:r>
      <w:proofErr w:type="spellEnd"/>
      <w:r w:rsidRPr="00447748">
        <w:rPr>
          <w:rFonts w:ascii="Arial" w:eastAsia="Times New Roman" w:hAnsi="Arial" w:cs="Arial"/>
        </w:rPr>
        <w:t xml:space="preserve"> </w:t>
      </w:r>
    </w:p>
    <w:p w14:paraId="7D2C5877" w14:textId="77777777" w:rsidR="00447748" w:rsidRPr="00447748" w:rsidRDefault="00447748" w:rsidP="0044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748">
        <w:rPr>
          <w:rFonts w:ascii="Times New Roman" w:eastAsia="Times New Roman" w:hAnsi="Times New Roman" w:cs="Times New Roman"/>
          <w:sz w:val="24"/>
          <w:szCs w:val="24"/>
        </w:rPr>
        <w:pict w14:anchorId="30002846">
          <v:rect id="_x0000_i1077" style="width:0;height:1.5pt" o:hralign="center" o:hrstd="t" o:hr="t" fillcolor="#a0a0a0" stroked="f"/>
        </w:pict>
      </w:r>
    </w:p>
    <w:p w14:paraId="294AC664" w14:textId="77777777" w:rsidR="00447748" w:rsidRPr="00447748" w:rsidRDefault="00447748" w:rsidP="00447748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32"/>
          <w:szCs w:val="32"/>
        </w:rPr>
      </w:pPr>
      <w:r w:rsidRPr="00447748">
        <w:rPr>
          <w:rFonts w:eastAsia="Times New Roman" w:cs="Times New Roman"/>
          <w:b/>
          <w:bCs/>
          <w:kern w:val="36"/>
          <w:sz w:val="32"/>
          <w:szCs w:val="32"/>
        </w:rPr>
        <w:t>7. PENGURUSAN &amp; TENAGA KERJA</w:t>
      </w:r>
    </w:p>
    <w:p w14:paraId="34A9B93B" w14:textId="77777777" w:rsidR="00447748" w:rsidRPr="00447748" w:rsidRDefault="00447748" w:rsidP="00447748">
      <w:pPr>
        <w:numPr>
          <w:ilvl w:val="0"/>
          <w:numId w:val="17"/>
        </w:numPr>
        <w:spacing w:before="100" w:beforeAutospacing="1" w:after="100" w:afterAutospacing="1"/>
        <w:rPr>
          <w:rFonts w:ascii="Arial" w:eastAsia="Times New Roman" w:hAnsi="Arial" w:cs="Arial"/>
        </w:rPr>
      </w:pPr>
      <w:proofErr w:type="spellStart"/>
      <w:r w:rsidRPr="00447748">
        <w:rPr>
          <w:rFonts w:ascii="Arial" w:eastAsia="Times New Roman" w:hAnsi="Arial" w:cs="Arial"/>
        </w:rPr>
        <w:t>Pemilik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mengurus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operasi</w:t>
      </w:r>
      <w:proofErr w:type="spellEnd"/>
      <w:r w:rsidRPr="00447748">
        <w:rPr>
          <w:rFonts w:ascii="Arial" w:eastAsia="Times New Roman" w:hAnsi="Arial" w:cs="Arial"/>
        </w:rPr>
        <w:t xml:space="preserve"> </w:t>
      </w:r>
    </w:p>
    <w:p w14:paraId="6E33CA2C" w14:textId="77777777" w:rsidR="00447748" w:rsidRPr="00447748" w:rsidRDefault="00447748" w:rsidP="00447748">
      <w:pPr>
        <w:numPr>
          <w:ilvl w:val="0"/>
          <w:numId w:val="17"/>
        </w:numPr>
        <w:spacing w:before="100" w:beforeAutospacing="1" w:after="100" w:afterAutospacing="1"/>
        <w:rPr>
          <w:rFonts w:ascii="Arial" w:eastAsia="Times New Roman" w:hAnsi="Arial" w:cs="Arial"/>
        </w:rPr>
      </w:pPr>
      <w:proofErr w:type="spellStart"/>
      <w:r w:rsidRPr="00447748">
        <w:rPr>
          <w:rFonts w:ascii="Arial" w:eastAsia="Times New Roman" w:hAnsi="Arial" w:cs="Arial"/>
        </w:rPr>
        <w:t>Dibantu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pekerja</w:t>
      </w:r>
      <w:proofErr w:type="spellEnd"/>
      <w:r w:rsidRPr="00447748">
        <w:rPr>
          <w:rFonts w:ascii="Arial" w:eastAsia="Times New Roman" w:hAnsi="Arial" w:cs="Arial"/>
        </w:rPr>
        <w:t xml:space="preserve"> (</w:t>
      </w:r>
      <w:proofErr w:type="spellStart"/>
      <w:r w:rsidRPr="00447748">
        <w:rPr>
          <w:rFonts w:ascii="Arial" w:eastAsia="Times New Roman" w:hAnsi="Arial" w:cs="Arial"/>
        </w:rPr>
        <w:t>jika</w:t>
      </w:r>
      <w:proofErr w:type="spellEnd"/>
      <w:r w:rsidRPr="00447748">
        <w:rPr>
          <w:rFonts w:ascii="Arial" w:eastAsia="Times New Roman" w:hAnsi="Arial" w:cs="Arial"/>
        </w:rPr>
        <w:t xml:space="preserve"> </w:t>
      </w:r>
      <w:proofErr w:type="spellStart"/>
      <w:r w:rsidRPr="00447748">
        <w:rPr>
          <w:rFonts w:ascii="Arial" w:eastAsia="Times New Roman" w:hAnsi="Arial" w:cs="Arial"/>
        </w:rPr>
        <w:t>ada</w:t>
      </w:r>
      <w:proofErr w:type="spellEnd"/>
      <w:r w:rsidRPr="00447748">
        <w:rPr>
          <w:rFonts w:ascii="Arial" w:eastAsia="Times New Roman" w:hAnsi="Arial" w:cs="Arial"/>
        </w:rPr>
        <w:t xml:space="preserve">) </w:t>
      </w:r>
    </w:p>
    <w:p w14:paraId="53DFED99" w14:textId="77777777" w:rsidR="00447748" w:rsidRPr="00447748" w:rsidRDefault="00447748" w:rsidP="00447748">
      <w:pPr>
        <w:numPr>
          <w:ilvl w:val="0"/>
          <w:numId w:val="17"/>
        </w:numPr>
        <w:spacing w:before="100" w:beforeAutospacing="1" w:after="100" w:afterAutospacing="1"/>
        <w:rPr>
          <w:rFonts w:ascii="Arial" w:eastAsia="Times New Roman" w:hAnsi="Arial" w:cs="Arial"/>
        </w:rPr>
      </w:pPr>
      <w:proofErr w:type="spellStart"/>
      <w:r w:rsidRPr="00447748">
        <w:rPr>
          <w:rFonts w:ascii="Arial" w:eastAsia="Times New Roman" w:hAnsi="Arial" w:cs="Arial"/>
        </w:rPr>
        <w:t>Fokus</w:t>
      </w:r>
      <w:proofErr w:type="spellEnd"/>
      <w:r w:rsidRPr="00447748">
        <w:rPr>
          <w:rFonts w:ascii="Arial" w:eastAsia="Times New Roman" w:hAnsi="Arial" w:cs="Arial"/>
        </w:rPr>
        <w:t xml:space="preserve"> pada </w:t>
      </w:r>
      <w:proofErr w:type="spellStart"/>
      <w:r w:rsidRPr="00447748">
        <w:rPr>
          <w:rFonts w:ascii="Arial" w:eastAsia="Times New Roman" w:hAnsi="Arial" w:cs="Arial"/>
        </w:rPr>
        <w:t>pengeluaran</w:t>
      </w:r>
      <w:proofErr w:type="spellEnd"/>
      <w:r w:rsidRPr="00447748">
        <w:rPr>
          <w:rFonts w:ascii="Arial" w:eastAsia="Times New Roman" w:hAnsi="Arial" w:cs="Arial"/>
        </w:rPr>
        <w:t xml:space="preserve"> &amp; </w:t>
      </w:r>
      <w:proofErr w:type="spellStart"/>
      <w:r w:rsidRPr="00447748">
        <w:rPr>
          <w:rFonts w:ascii="Arial" w:eastAsia="Times New Roman" w:hAnsi="Arial" w:cs="Arial"/>
        </w:rPr>
        <w:t>pemasaran</w:t>
      </w:r>
      <w:proofErr w:type="spellEnd"/>
      <w:r w:rsidRPr="00447748">
        <w:rPr>
          <w:rFonts w:ascii="Arial" w:eastAsia="Times New Roman" w:hAnsi="Arial" w:cs="Arial"/>
        </w:rPr>
        <w:t xml:space="preserve"> </w:t>
      </w:r>
    </w:p>
    <w:p w14:paraId="50AAEAE9" w14:textId="77777777" w:rsidR="00447748" w:rsidRPr="00447748" w:rsidRDefault="00447748" w:rsidP="00447748">
      <w:pPr>
        <w:spacing w:after="0"/>
        <w:rPr>
          <w:rFonts w:ascii="Arial" w:eastAsia="Times New Roman" w:hAnsi="Arial" w:cs="Arial"/>
        </w:rPr>
      </w:pPr>
      <w:r w:rsidRPr="00447748">
        <w:rPr>
          <w:rFonts w:ascii="Arial" w:eastAsia="Times New Roman" w:hAnsi="Arial" w:cs="Arial"/>
        </w:rPr>
        <w:pict w14:anchorId="1115C173">
          <v:rect id="_x0000_i1078" style="width:0;height:1.5pt" o:hralign="center" o:hrstd="t" o:hr="t" fillcolor="#a0a0a0" stroked="f"/>
        </w:pict>
      </w:r>
    </w:p>
    <w:p w14:paraId="4802CECD" w14:textId="77777777" w:rsidR="00447748" w:rsidRPr="002E0F7B" w:rsidRDefault="00447748" w:rsidP="00447748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32"/>
          <w:szCs w:val="32"/>
        </w:rPr>
      </w:pPr>
      <w:r w:rsidRPr="002E0F7B">
        <w:rPr>
          <w:rFonts w:eastAsia="Times New Roman" w:cs="Times New Roman"/>
          <w:b/>
          <w:bCs/>
          <w:kern w:val="36"/>
          <w:sz w:val="32"/>
          <w:szCs w:val="32"/>
        </w:rPr>
        <w:t>8. KEWANGAN (ANGGARAN RINGKAS)</w:t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3060"/>
        <w:gridCol w:w="2025"/>
      </w:tblGrid>
      <w:tr w:rsidR="00447748" w:rsidRPr="00447748" w14:paraId="3F96C288" w14:textId="77777777" w:rsidTr="002E0F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60" w:type="dxa"/>
            <w:hideMark/>
          </w:tcPr>
          <w:p w14:paraId="2EC4665D" w14:textId="26958DC5" w:rsidR="00447748" w:rsidRPr="002E0F7B" w:rsidRDefault="002E0F7B" w:rsidP="002E0F7B">
            <w:pPr>
              <w:spacing w:line="276" w:lineRule="auto"/>
              <w:rPr>
                <w:rFonts w:ascii="Arial" w:eastAsia="Times New Roman" w:hAnsi="Arial" w:cs="Arial"/>
              </w:rPr>
            </w:pPr>
            <w:r w:rsidRPr="002E0F7B">
              <w:rPr>
                <w:rFonts w:ascii="Arial" w:eastAsia="Times New Roman" w:hAnsi="Arial" w:cs="Arial"/>
                <w:b w:val="0"/>
                <w:bCs w:val="0"/>
              </w:rPr>
              <w:t>PERKARA</w:t>
            </w:r>
          </w:p>
        </w:tc>
        <w:tc>
          <w:tcPr>
            <w:tcW w:w="0" w:type="auto"/>
            <w:hideMark/>
          </w:tcPr>
          <w:p w14:paraId="3F97DA19" w14:textId="2ACC4335" w:rsidR="00447748" w:rsidRPr="002E0F7B" w:rsidRDefault="002E0F7B" w:rsidP="002E0F7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2E0F7B">
              <w:rPr>
                <w:rFonts w:ascii="Arial" w:eastAsia="Times New Roman" w:hAnsi="Arial" w:cs="Arial"/>
                <w:b w:val="0"/>
                <w:bCs w:val="0"/>
              </w:rPr>
              <w:t>ANGGARAN (RM)</w:t>
            </w:r>
          </w:p>
        </w:tc>
      </w:tr>
      <w:tr w:rsidR="00447748" w:rsidRPr="00447748" w14:paraId="41C87B80" w14:textId="77777777" w:rsidTr="002E0F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hideMark/>
          </w:tcPr>
          <w:p w14:paraId="15B19FE5" w14:textId="77777777" w:rsidR="00447748" w:rsidRPr="002E0F7B" w:rsidRDefault="00447748" w:rsidP="002E0F7B">
            <w:pPr>
              <w:spacing w:line="276" w:lineRule="auto"/>
              <w:rPr>
                <w:rFonts w:ascii="Arial" w:eastAsia="Times New Roman" w:hAnsi="Arial" w:cs="Arial"/>
              </w:rPr>
            </w:pPr>
            <w:r w:rsidRPr="002E0F7B">
              <w:rPr>
                <w:rFonts w:ascii="Arial" w:eastAsia="Times New Roman" w:hAnsi="Arial" w:cs="Arial"/>
              </w:rPr>
              <w:t xml:space="preserve">Kos </w:t>
            </w:r>
            <w:proofErr w:type="spellStart"/>
            <w:r w:rsidRPr="002E0F7B">
              <w:rPr>
                <w:rFonts w:ascii="Arial" w:eastAsia="Times New Roman" w:hAnsi="Arial" w:cs="Arial"/>
              </w:rPr>
              <w:t>Permulaan</w:t>
            </w:r>
            <w:proofErr w:type="spellEnd"/>
          </w:p>
        </w:tc>
        <w:tc>
          <w:tcPr>
            <w:tcW w:w="0" w:type="auto"/>
            <w:hideMark/>
          </w:tcPr>
          <w:p w14:paraId="5A4FC86A" w14:textId="77777777" w:rsidR="00447748" w:rsidRPr="002E0F7B" w:rsidRDefault="00447748" w:rsidP="002E0F7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2E0F7B">
              <w:rPr>
                <w:rFonts w:ascii="Arial" w:eastAsia="Times New Roman" w:hAnsi="Arial" w:cs="Arial"/>
              </w:rPr>
              <w:t>10,000</w:t>
            </w:r>
          </w:p>
        </w:tc>
      </w:tr>
      <w:tr w:rsidR="00447748" w:rsidRPr="00447748" w14:paraId="09F487FF" w14:textId="77777777" w:rsidTr="002E0F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hideMark/>
          </w:tcPr>
          <w:p w14:paraId="4336B40B" w14:textId="77777777" w:rsidR="00447748" w:rsidRPr="002E0F7B" w:rsidRDefault="00447748" w:rsidP="002E0F7B">
            <w:pPr>
              <w:spacing w:line="276" w:lineRule="auto"/>
              <w:rPr>
                <w:rFonts w:ascii="Arial" w:eastAsia="Times New Roman" w:hAnsi="Arial" w:cs="Arial"/>
              </w:rPr>
            </w:pPr>
            <w:proofErr w:type="spellStart"/>
            <w:r w:rsidRPr="002E0F7B">
              <w:rPr>
                <w:rFonts w:ascii="Arial" w:eastAsia="Times New Roman" w:hAnsi="Arial" w:cs="Arial"/>
              </w:rPr>
              <w:t>Anggaran</w:t>
            </w:r>
            <w:proofErr w:type="spellEnd"/>
            <w:r w:rsidRPr="002E0F7B">
              <w:rPr>
                <w:rFonts w:ascii="Arial" w:eastAsia="Times New Roman" w:hAnsi="Arial" w:cs="Arial"/>
              </w:rPr>
              <w:t xml:space="preserve"> Jualan Bulanan</w:t>
            </w:r>
          </w:p>
        </w:tc>
        <w:tc>
          <w:tcPr>
            <w:tcW w:w="0" w:type="auto"/>
            <w:hideMark/>
          </w:tcPr>
          <w:p w14:paraId="24A5DBF8" w14:textId="77777777" w:rsidR="00447748" w:rsidRPr="002E0F7B" w:rsidRDefault="00447748" w:rsidP="002E0F7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2E0F7B">
              <w:rPr>
                <w:rFonts w:ascii="Arial" w:eastAsia="Times New Roman" w:hAnsi="Arial" w:cs="Arial"/>
              </w:rPr>
              <w:t>12,000</w:t>
            </w:r>
          </w:p>
        </w:tc>
      </w:tr>
      <w:tr w:rsidR="00447748" w:rsidRPr="00447748" w14:paraId="083614AB" w14:textId="77777777" w:rsidTr="002E0F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hideMark/>
          </w:tcPr>
          <w:p w14:paraId="0511FF62" w14:textId="77777777" w:rsidR="00447748" w:rsidRPr="002E0F7B" w:rsidRDefault="00447748" w:rsidP="002E0F7B">
            <w:pPr>
              <w:spacing w:line="276" w:lineRule="auto"/>
              <w:rPr>
                <w:rFonts w:ascii="Arial" w:eastAsia="Times New Roman" w:hAnsi="Arial" w:cs="Arial"/>
              </w:rPr>
            </w:pPr>
            <w:r w:rsidRPr="002E0F7B">
              <w:rPr>
                <w:rFonts w:ascii="Arial" w:eastAsia="Times New Roman" w:hAnsi="Arial" w:cs="Arial"/>
              </w:rPr>
              <w:t xml:space="preserve">Kos </w:t>
            </w:r>
            <w:proofErr w:type="spellStart"/>
            <w:r w:rsidRPr="002E0F7B">
              <w:rPr>
                <w:rFonts w:ascii="Arial" w:eastAsia="Times New Roman" w:hAnsi="Arial" w:cs="Arial"/>
              </w:rPr>
              <w:t>Operasi</w:t>
            </w:r>
            <w:proofErr w:type="spellEnd"/>
          </w:p>
        </w:tc>
        <w:tc>
          <w:tcPr>
            <w:tcW w:w="0" w:type="auto"/>
            <w:hideMark/>
          </w:tcPr>
          <w:p w14:paraId="1E7EF97E" w14:textId="77777777" w:rsidR="00447748" w:rsidRPr="002E0F7B" w:rsidRDefault="00447748" w:rsidP="002E0F7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2E0F7B">
              <w:rPr>
                <w:rFonts w:ascii="Arial" w:eastAsia="Times New Roman" w:hAnsi="Arial" w:cs="Arial"/>
              </w:rPr>
              <w:t>7,000</w:t>
            </w:r>
          </w:p>
        </w:tc>
      </w:tr>
      <w:tr w:rsidR="00447748" w:rsidRPr="00447748" w14:paraId="746CFB08" w14:textId="77777777" w:rsidTr="002E0F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hideMark/>
          </w:tcPr>
          <w:p w14:paraId="1DC398F3" w14:textId="77777777" w:rsidR="00447748" w:rsidRPr="002E0F7B" w:rsidRDefault="00447748" w:rsidP="002E0F7B">
            <w:pPr>
              <w:spacing w:line="276" w:lineRule="auto"/>
              <w:rPr>
                <w:rFonts w:ascii="Arial" w:eastAsia="Times New Roman" w:hAnsi="Arial" w:cs="Arial"/>
              </w:rPr>
            </w:pPr>
            <w:r w:rsidRPr="002E0F7B">
              <w:rPr>
                <w:rFonts w:ascii="Arial" w:eastAsia="Times New Roman" w:hAnsi="Arial" w:cs="Arial"/>
              </w:rPr>
              <w:t>Untung Kasar</w:t>
            </w:r>
          </w:p>
        </w:tc>
        <w:tc>
          <w:tcPr>
            <w:tcW w:w="0" w:type="auto"/>
            <w:hideMark/>
          </w:tcPr>
          <w:p w14:paraId="73CF57EC" w14:textId="77777777" w:rsidR="00447748" w:rsidRPr="002E0F7B" w:rsidRDefault="00447748" w:rsidP="002E0F7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2E0F7B">
              <w:rPr>
                <w:rFonts w:ascii="Arial" w:eastAsia="Times New Roman" w:hAnsi="Arial" w:cs="Arial"/>
              </w:rPr>
              <w:t>5,000</w:t>
            </w:r>
          </w:p>
        </w:tc>
      </w:tr>
    </w:tbl>
    <w:p w14:paraId="13E75D51" w14:textId="77777777" w:rsidR="00447748" w:rsidRPr="00447748" w:rsidRDefault="00447748" w:rsidP="0044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748">
        <w:rPr>
          <w:rFonts w:ascii="Times New Roman" w:eastAsia="Times New Roman" w:hAnsi="Times New Roman" w:cs="Times New Roman"/>
          <w:sz w:val="24"/>
          <w:szCs w:val="24"/>
        </w:rPr>
        <w:pict w14:anchorId="0AAB1F37">
          <v:rect id="_x0000_i1079" style="width:0;height:1.5pt" o:hralign="center" o:hrstd="t" o:hr="t" fillcolor="#a0a0a0" stroked="f"/>
        </w:pict>
      </w:r>
    </w:p>
    <w:p w14:paraId="2DF3A632" w14:textId="77777777" w:rsidR="00447748" w:rsidRPr="002E0F7B" w:rsidRDefault="00447748" w:rsidP="00447748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32"/>
          <w:szCs w:val="32"/>
        </w:rPr>
      </w:pPr>
      <w:r w:rsidRPr="002E0F7B">
        <w:rPr>
          <w:rFonts w:eastAsia="Times New Roman" w:cs="Times New Roman"/>
          <w:b/>
          <w:bCs/>
          <w:kern w:val="36"/>
          <w:sz w:val="32"/>
          <w:szCs w:val="32"/>
        </w:rPr>
        <w:t>9. RISIKO &amp; LANGKAH KAWALAN</w:t>
      </w:r>
    </w:p>
    <w:p w14:paraId="773BA7B9" w14:textId="77777777" w:rsidR="00447748" w:rsidRPr="002E0F7B" w:rsidRDefault="00447748" w:rsidP="002E0F7B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</w:rPr>
      </w:pPr>
      <w:r w:rsidRPr="002E0F7B">
        <w:rPr>
          <w:rFonts w:ascii="Arial" w:eastAsia="Times New Roman" w:hAnsi="Arial" w:cs="Arial"/>
          <w:b/>
          <w:bCs/>
        </w:rPr>
        <w:lastRenderedPageBreak/>
        <w:t>Risiko:</w:t>
      </w:r>
    </w:p>
    <w:p w14:paraId="469E6310" w14:textId="77777777" w:rsidR="00447748" w:rsidRPr="002E0F7B" w:rsidRDefault="00447748" w:rsidP="002E0F7B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proofErr w:type="spellStart"/>
      <w:r w:rsidRPr="002E0F7B">
        <w:rPr>
          <w:rFonts w:ascii="Arial" w:eastAsia="Times New Roman" w:hAnsi="Arial" w:cs="Arial"/>
        </w:rPr>
        <w:t>Persaingan</w:t>
      </w:r>
      <w:proofErr w:type="spellEnd"/>
      <w:r w:rsidRPr="002E0F7B">
        <w:rPr>
          <w:rFonts w:ascii="Arial" w:eastAsia="Times New Roman" w:hAnsi="Arial" w:cs="Arial"/>
        </w:rPr>
        <w:t xml:space="preserve"> </w:t>
      </w:r>
    </w:p>
    <w:p w14:paraId="454B2438" w14:textId="77777777" w:rsidR="00447748" w:rsidRPr="002E0F7B" w:rsidRDefault="00447748" w:rsidP="002E0F7B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2E0F7B">
        <w:rPr>
          <w:rFonts w:ascii="Arial" w:eastAsia="Times New Roman" w:hAnsi="Arial" w:cs="Arial"/>
        </w:rPr>
        <w:t xml:space="preserve">Harga </w:t>
      </w:r>
      <w:proofErr w:type="spellStart"/>
      <w:r w:rsidRPr="002E0F7B">
        <w:rPr>
          <w:rFonts w:ascii="Arial" w:eastAsia="Times New Roman" w:hAnsi="Arial" w:cs="Arial"/>
        </w:rPr>
        <w:t>bahan</w:t>
      </w:r>
      <w:proofErr w:type="spellEnd"/>
      <w:r w:rsidRPr="002E0F7B">
        <w:rPr>
          <w:rFonts w:ascii="Arial" w:eastAsia="Times New Roman" w:hAnsi="Arial" w:cs="Arial"/>
        </w:rPr>
        <w:t xml:space="preserve"> </w:t>
      </w:r>
      <w:proofErr w:type="spellStart"/>
      <w:r w:rsidRPr="002E0F7B">
        <w:rPr>
          <w:rFonts w:ascii="Arial" w:eastAsia="Times New Roman" w:hAnsi="Arial" w:cs="Arial"/>
        </w:rPr>
        <w:t>mentah</w:t>
      </w:r>
      <w:proofErr w:type="spellEnd"/>
      <w:r w:rsidRPr="002E0F7B">
        <w:rPr>
          <w:rFonts w:ascii="Arial" w:eastAsia="Times New Roman" w:hAnsi="Arial" w:cs="Arial"/>
        </w:rPr>
        <w:t xml:space="preserve"> </w:t>
      </w:r>
    </w:p>
    <w:p w14:paraId="6EB95627" w14:textId="77777777" w:rsidR="00447748" w:rsidRPr="002E0F7B" w:rsidRDefault="00447748" w:rsidP="002E0F7B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2E0F7B">
        <w:rPr>
          <w:rFonts w:ascii="Arial" w:eastAsia="Times New Roman" w:hAnsi="Arial" w:cs="Arial"/>
        </w:rPr>
        <w:t xml:space="preserve">Permintaan </w:t>
      </w:r>
      <w:proofErr w:type="spellStart"/>
      <w:r w:rsidRPr="002E0F7B">
        <w:rPr>
          <w:rFonts w:ascii="Arial" w:eastAsia="Times New Roman" w:hAnsi="Arial" w:cs="Arial"/>
        </w:rPr>
        <w:t>tidak</w:t>
      </w:r>
      <w:proofErr w:type="spellEnd"/>
      <w:r w:rsidRPr="002E0F7B">
        <w:rPr>
          <w:rFonts w:ascii="Arial" w:eastAsia="Times New Roman" w:hAnsi="Arial" w:cs="Arial"/>
        </w:rPr>
        <w:t xml:space="preserve"> </w:t>
      </w:r>
      <w:proofErr w:type="spellStart"/>
      <w:r w:rsidRPr="002E0F7B">
        <w:rPr>
          <w:rFonts w:ascii="Arial" w:eastAsia="Times New Roman" w:hAnsi="Arial" w:cs="Arial"/>
        </w:rPr>
        <w:t>stabil</w:t>
      </w:r>
      <w:proofErr w:type="spellEnd"/>
      <w:r w:rsidRPr="002E0F7B">
        <w:rPr>
          <w:rFonts w:ascii="Arial" w:eastAsia="Times New Roman" w:hAnsi="Arial" w:cs="Arial"/>
        </w:rPr>
        <w:t xml:space="preserve"> </w:t>
      </w:r>
    </w:p>
    <w:p w14:paraId="572AFFE4" w14:textId="77777777" w:rsidR="00447748" w:rsidRPr="002E0F7B" w:rsidRDefault="00447748" w:rsidP="002E0F7B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</w:rPr>
      </w:pPr>
      <w:r w:rsidRPr="002E0F7B">
        <w:rPr>
          <w:rFonts w:ascii="Arial" w:eastAsia="Times New Roman" w:hAnsi="Arial" w:cs="Arial"/>
          <w:b/>
          <w:bCs/>
        </w:rPr>
        <w:t>Langkah:</w:t>
      </w:r>
    </w:p>
    <w:p w14:paraId="27A7B30F" w14:textId="77777777" w:rsidR="00447748" w:rsidRPr="002E0F7B" w:rsidRDefault="00447748" w:rsidP="002E0F7B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2E0F7B">
        <w:rPr>
          <w:rFonts w:ascii="Arial" w:eastAsia="Times New Roman" w:hAnsi="Arial" w:cs="Arial"/>
        </w:rPr>
        <w:t xml:space="preserve">Kawal kos </w:t>
      </w:r>
    </w:p>
    <w:p w14:paraId="678D0922" w14:textId="77777777" w:rsidR="00447748" w:rsidRPr="002E0F7B" w:rsidRDefault="00447748" w:rsidP="002E0F7B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proofErr w:type="spellStart"/>
      <w:r w:rsidRPr="002E0F7B">
        <w:rPr>
          <w:rFonts w:ascii="Arial" w:eastAsia="Times New Roman" w:hAnsi="Arial" w:cs="Arial"/>
        </w:rPr>
        <w:t>Kekalkan</w:t>
      </w:r>
      <w:proofErr w:type="spellEnd"/>
      <w:r w:rsidRPr="002E0F7B">
        <w:rPr>
          <w:rFonts w:ascii="Arial" w:eastAsia="Times New Roman" w:hAnsi="Arial" w:cs="Arial"/>
        </w:rPr>
        <w:t xml:space="preserve"> </w:t>
      </w:r>
      <w:proofErr w:type="spellStart"/>
      <w:r w:rsidRPr="002E0F7B">
        <w:rPr>
          <w:rFonts w:ascii="Arial" w:eastAsia="Times New Roman" w:hAnsi="Arial" w:cs="Arial"/>
        </w:rPr>
        <w:t>kualiti</w:t>
      </w:r>
      <w:proofErr w:type="spellEnd"/>
      <w:r w:rsidRPr="002E0F7B">
        <w:rPr>
          <w:rFonts w:ascii="Arial" w:eastAsia="Times New Roman" w:hAnsi="Arial" w:cs="Arial"/>
        </w:rPr>
        <w:t xml:space="preserve"> </w:t>
      </w:r>
    </w:p>
    <w:p w14:paraId="28A45085" w14:textId="77777777" w:rsidR="00447748" w:rsidRPr="002E0F7B" w:rsidRDefault="00447748" w:rsidP="002E0F7B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proofErr w:type="spellStart"/>
      <w:r w:rsidRPr="002E0F7B">
        <w:rPr>
          <w:rFonts w:ascii="Arial" w:eastAsia="Times New Roman" w:hAnsi="Arial" w:cs="Arial"/>
        </w:rPr>
        <w:t>Pelbagaikan</w:t>
      </w:r>
      <w:proofErr w:type="spellEnd"/>
      <w:r w:rsidRPr="002E0F7B">
        <w:rPr>
          <w:rFonts w:ascii="Arial" w:eastAsia="Times New Roman" w:hAnsi="Arial" w:cs="Arial"/>
        </w:rPr>
        <w:t xml:space="preserve"> </w:t>
      </w:r>
      <w:proofErr w:type="spellStart"/>
      <w:r w:rsidRPr="002E0F7B">
        <w:rPr>
          <w:rFonts w:ascii="Arial" w:eastAsia="Times New Roman" w:hAnsi="Arial" w:cs="Arial"/>
        </w:rPr>
        <w:t>produk</w:t>
      </w:r>
      <w:proofErr w:type="spellEnd"/>
      <w:r w:rsidRPr="002E0F7B">
        <w:rPr>
          <w:rFonts w:ascii="Arial" w:eastAsia="Times New Roman" w:hAnsi="Arial" w:cs="Arial"/>
        </w:rPr>
        <w:t xml:space="preserve"> </w:t>
      </w:r>
    </w:p>
    <w:p w14:paraId="42B1B8C3" w14:textId="77777777" w:rsidR="00447748" w:rsidRPr="00447748" w:rsidRDefault="00447748" w:rsidP="002E0F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748">
        <w:rPr>
          <w:rFonts w:ascii="Times New Roman" w:eastAsia="Times New Roman" w:hAnsi="Times New Roman" w:cs="Times New Roman"/>
          <w:sz w:val="24"/>
          <w:szCs w:val="24"/>
        </w:rPr>
        <w:pict w14:anchorId="61D92A90">
          <v:rect id="_x0000_i1080" style="width:0;height:1.5pt" o:hralign="center" o:hrstd="t" o:hr="t" fillcolor="#a0a0a0" stroked="f"/>
        </w:pict>
      </w:r>
    </w:p>
    <w:p w14:paraId="3709DE64" w14:textId="77777777" w:rsidR="00447748" w:rsidRPr="002E0F7B" w:rsidRDefault="00447748" w:rsidP="00447748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32"/>
          <w:szCs w:val="32"/>
        </w:rPr>
      </w:pPr>
      <w:r w:rsidRPr="002E0F7B">
        <w:rPr>
          <w:rFonts w:eastAsia="Times New Roman" w:cs="Times New Roman"/>
          <w:b/>
          <w:bCs/>
          <w:kern w:val="36"/>
          <w:sz w:val="32"/>
          <w:szCs w:val="32"/>
        </w:rPr>
        <w:t>10. PENUTUP</w:t>
      </w:r>
    </w:p>
    <w:p w14:paraId="10A57C18" w14:textId="77777777" w:rsidR="00447748" w:rsidRPr="002E0F7B" w:rsidRDefault="00447748" w:rsidP="002E0F7B">
      <w:p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 w:rsidRPr="002E0F7B">
        <w:rPr>
          <w:rFonts w:ascii="Arial" w:eastAsia="Times New Roman" w:hAnsi="Arial" w:cs="Arial"/>
        </w:rPr>
        <w:t xml:space="preserve">Nor Shaz Enterprise </w:t>
      </w:r>
      <w:proofErr w:type="spellStart"/>
      <w:r w:rsidRPr="002E0F7B">
        <w:rPr>
          <w:rFonts w:ascii="Arial" w:eastAsia="Times New Roman" w:hAnsi="Arial" w:cs="Arial"/>
        </w:rPr>
        <w:t>mempunyai</w:t>
      </w:r>
      <w:proofErr w:type="spellEnd"/>
      <w:r w:rsidRPr="002E0F7B">
        <w:rPr>
          <w:rFonts w:ascii="Arial" w:eastAsia="Times New Roman" w:hAnsi="Arial" w:cs="Arial"/>
        </w:rPr>
        <w:t xml:space="preserve"> </w:t>
      </w:r>
      <w:proofErr w:type="spellStart"/>
      <w:r w:rsidRPr="002E0F7B">
        <w:rPr>
          <w:rFonts w:ascii="Arial" w:eastAsia="Times New Roman" w:hAnsi="Arial" w:cs="Arial"/>
        </w:rPr>
        <w:t>potensi</w:t>
      </w:r>
      <w:proofErr w:type="spellEnd"/>
      <w:r w:rsidRPr="002E0F7B">
        <w:rPr>
          <w:rFonts w:ascii="Arial" w:eastAsia="Times New Roman" w:hAnsi="Arial" w:cs="Arial"/>
        </w:rPr>
        <w:t xml:space="preserve"> </w:t>
      </w:r>
      <w:proofErr w:type="spellStart"/>
      <w:r w:rsidRPr="002E0F7B">
        <w:rPr>
          <w:rFonts w:ascii="Arial" w:eastAsia="Times New Roman" w:hAnsi="Arial" w:cs="Arial"/>
        </w:rPr>
        <w:t>besar</w:t>
      </w:r>
      <w:proofErr w:type="spellEnd"/>
      <w:r w:rsidRPr="002E0F7B">
        <w:rPr>
          <w:rFonts w:ascii="Arial" w:eastAsia="Times New Roman" w:hAnsi="Arial" w:cs="Arial"/>
        </w:rPr>
        <w:t xml:space="preserve"> </w:t>
      </w:r>
      <w:proofErr w:type="spellStart"/>
      <w:r w:rsidRPr="002E0F7B">
        <w:rPr>
          <w:rFonts w:ascii="Arial" w:eastAsia="Times New Roman" w:hAnsi="Arial" w:cs="Arial"/>
        </w:rPr>
        <w:t>dalam</w:t>
      </w:r>
      <w:proofErr w:type="spellEnd"/>
      <w:r w:rsidRPr="002E0F7B">
        <w:rPr>
          <w:rFonts w:ascii="Arial" w:eastAsia="Times New Roman" w:hAnsi="Arial" w:cs="Arial"/>
        </w:rPr>
        <w:t xml:space="preserve"> </w:t>
      </w:r>
      <w:proofErr w:type="spellStart"/>
      <w:r w:rsidRPr="002E0F7B">
        <w:rPr>
          <w:rFonts w:ascii="Arial" w:eastAsia="Times New Roman" w:hAnsi="Arial" w:cs="Arial"/>
        </w:rPr>
        <w:t>industri</w:t>
      </w:r>
      <w:proofErr w:type="spellEnd"/>
      <w:r w:rsidRPr="002E0F7B">
        <w:rPr>
          <w:rFonts w:ascii="Arial" w:eastAsia="Times New Roman" w:hAnsi="Arial" w:cs="Arial"/>
        </w:rPr>
        <w:t xml:space="preserve"> </w:t>
      </w:r>
      <w:proofErr w:type="spellStart"/>
      <w:r w:rsidRPr="002E0F7B">
        <w:rPr>
          <w:rFonts w:ascii="Arial" w:eastAsia="Times New Roman" w:hAnsi="Arial" w:cs="Arial"/>
        </w:rPr>
        <w:t>makanan</w:t>
      </w:r>
      <w:proofErr w:type="spellEnd"/>
      <w:r w:rsidRPr="002E0F7B">
        <w:rPr>
          <w:rFonts w:ascii="Arial" w:eastAsia="Times New Roman" w:hAnsi="Arial" w:cs="Arial"/>
        </w:rPr>
        <w:t xml:space="preserve"> </w:t>
      </w:r>
      <w:proofErr w:type="spellStart"/>
      <w:r w:rsidRPr="002E0F7B">
        <w:rPr>
          <w:rFonts w:ascii="Arial" w:eastAsia="Times New Roman" w:hAnsi="Arial" w:cs="Arial"/>
        </w:rPr>
        <w:t>sejuk</w:t>
      </w:r>
      <w:proofErr w:type="spellEnd"/>
      <w:r w:rsidRPr="002E0F7B">
        <w:rPr>
          <w:rFonts w:ascii="Arial" w:eastAsia="Times New Roman" w:hAnsi="Arial" w:cs="Arial"/>
        </w:rPr>
        <w:t xml:space="preserve"> </w:t>
      </w:r>
      <w:proofErr w:type="spellStart"/>
      <w:r w:rsidRPr="002E0F7B">
        <w:rPr>
          <w:rFonts w:ascii="Arial" w:eastAsia="Times New Roman" w:hAnsi="Arial" w:cs="Arial"/>
        </w:rPr>
        <w:t>beku</w:t>
      </w:r>
      <w:proofErr w:type="spellEnd"/>
      <w:r w:rsidRPr="002E0F7B">
        <w:rPr>
          <w:rFonts w:ascii="Arial" w:eastAsia="Times New Roman" w:hAnsi="Arial" w:cs="Arial"/>
        </w:rPr>
        <w:t xml:space="preserve"> </w:t>
      </w:r>
      <w:proofErr w:type="spellStart"/>
      <w:r w:rsidRPr="002E0F7B">
        <w:rPr>
          <w:rFonts w:ascii="Arial" w:eastAsia="Times New Roman" w:hAnsi="Arial" w:cs="Arial"/>
        </w:rPr>
        <w:t>berasaskan</w:t>
      </w:r>
      <w:proofErr w:type="spellEnd"/>
      <w:r w:rsidRPr="002E0F7B">
        <w:rPr>
          <w:rFonts w:ascii="Arial" w:eastAsia="Times New Roman" w:hAnsi="Arial" w:cs="Arial"/>
        </w:rPr>
        <w:t xml:space="preserve"> </w:t>
      </w:r>
      <w:proofErr w:type="spellStart"/>
      <w:r w:rsidRPr="002E0F7B">
        <w:rPr>
          <w:rFonts w:ascii="Arial" w:eastAsia="Times New Roman" w:hAnsi="Arial" w:cs="Arial"/>
        </w:rPr>
        <w:t>puyuh</w:t>
      </w:r>
      <w:proofErr w:type="spellEnd"/>
      <w:r w:rsidRPr="002E0F7B">
        <w:rPr>
          <w:rFonts w:ascii="Arial" w:eastAsia="Times New Roman" w:hAnsi="Arial" w:cs="Arial"/>
        </w:rPr>
        <w:t xml:space="preserve">. </w:t>
      </w:r>
      <w:proofErr w:type="spellStart"/>
      <w:r w:rsidRPr="002E0F7B">
        <w:rPr>
          <w:rFonts w:ascii="Arial" w:eastAsia="Times New Roman" w:hAnsi="Arial" w:cs="Arial"/>
        </w:rPr>
        <w:t>Dengan</w:t>
      </w:r>
      <w:proofErr w:type="spellEnd"/>
      <w:r w:rsidRPr="002E0F7B">
        <w:rPr>
          <w:rFonts w:ascii="Arial" w:eastAsia="Times New Roman" w:hAnsi="Arial" w:cs="Arial"/>
        </w:rPr>
        <w:t xml:space="preserve"> strategi </w:t>
      </w:r>
      <w:proofErr w:type="spellStart"/>
      <w:r w:rsidRPr="002E0F7B">
        <w:rPr>
          <w:rFonts w:ascii="Arial" w:eastAsia="Times New Roman" w:hAnsi="Arial" w:cs="Arial"/>
        </w:rPr>
        <w:t>pemasaran</w:t>
      </w:r>
      <w:proofErr w:type="spellEnd"/>
      <w:r w:rsidRPr="002E0F7B">
        <w:rPr>
          <w:rFonts w:ascii="Arial" w:eastAsia="Times New Roman" w:hAnsi="Arial" w:cs="Arial"/>
        </w:rPr>
        <w:t xml:space="preserve"> yang </w:t>
      </w:r>
      <w:proofErr w:type="spellStart"/>
      <w:r w:rsidRPr="002E0F7B">
        <w:rPr>
          <w:rFonts w:ascii="Arial" w:eastAsia="Times New Roman" w:hAnsi="Arial" w:cs="Arial"/>
        </w:rPr>
        <w:t>berkesan</w:t>
      </w:r>
      <w:proofErr w:type="spellEnd"/>
      <w:r w:rsidRPr="002E0F7B">
        <w:rPr>
          <w:rFonts w:ascii="Arial" w:eastAsia="Times New Roman" w:hAnsi="Arial" w:cs="Arial"/>
        </w:rPr>
        <w:t xml:space="preserve"> dan </w:t>
      </w:r>
      <w:proofErr w:type="spellStart"/>
      <w:r w:rsidRPr="002E0F7B">
        <w:rPr>
          <w:rFonts w:ascii="Arial" w:eastAsia="Times New Roman" w:hAnsi="Arial" w:cs="Arial"/>
        </w:rPr>
        <w:t>operasi</w:t>
      </w:r>
      <w:proofErr w:type="spellEnd"/>
      <w:r w:rsidRPr="002E0F7B">
        <w:rPr>
          <w:rFonts w:ascii="Arial" w:eastAsia="Times New Roman" w:hAnsi="Arial" w:cs="Arial"/>
        </w:rPr>
        <w:t xml:space="preserve"> yang </w:t>
      </w:r>
      <w:proofErr w:type="spellStart"/>
      <w:r w:rsidRPr="002E0F7B">
        <w:rPr>
          <w:rFonts w:ascii="Arial" w:eastAsia="Times New Roman" w:hAnsi="Arial" w:cs="Arial"/>
        </w:rPr>
        <w:t>sistematik</w:t>
      </w:r>
      <w:proofErr w:type="spellEnd"/>
      <w:r w:rsidRPr="002E0F7B">
        <w:rPr>
          <w:rFonts w:ascii="Arial" w:eastAsia="Times New Roman" w:hAnsi="Arial" w:cs="Arial"/>
        </w:rPr>
        <w:t xml:space="preserve">, </w:t>
      </w:r>
      <w:proofErr w:type="spellStart"/>
      <w:r w:rsidRPr="002E0F7B">
        <w:rPr>
          <w:rFonts w:ascii="Arial" w:eastAsia="Times New Roman" w:hAnsi="Arial" w:cs="Arial"/>
        </w:rPr>
        <w:t>perniagaan</w:t>
      </w:r>
      <w:proofErr w:type="spellEnd"/>
      <w:r w:rsidRPr="002E0F7B">
        <w:rPr>
          <w:rFonts w:ascii="Arial" w:eastAsia="Times New Roman" w:hAnsi="Arial" w:cs="Arial"/>
        </w:rPr>
        <w:t xml:space="preserve"> </w:t>
      </w:r>
      <w:proofErr w:type="spellStart"/>
      <w:r w:rsidRPr="002E0F7B">
        <w:rPr>
          <w:rFonts w:ascii="Arial" w:eastAsia="Times New Roman" w:hAnsi="Arial" w:cs="Arial"/>
        </w:rPr>
        <w:t>ini</w:t>
      </w:r>
      <w:proofErr w:type="spellEnd"/>
      <w:r w:rsidRPr="002E0F7B">
        <w:rPr>
          <w:rFonts w:ascii="Arial" w:eastAsia="Times New Roman" w:hAnsi="Arial" w:cs="Arial"/>
        </w:rPr>
        <w:t xml:space="preserve"> </w:t>
      </w:r>
      <w:proofErr w:type="spellStart"/>
      <w:r w:rsidRPr="002E0F7B">
        <w:rPr>
          <w:rFonts w:ascii="Arial" w:eastAsia="Times New Roman" w:hAnsi="Arial" w:cs="Arial"/>
        </w:rPr>
        <w:t>mampu</w:t>
      </w:r>
      <w:proofErr w:type="spellEnd"/>
      <w:r w:rsidRPr="002E0F7B">
        <w:rPr>
          <w:rFonts w:ascii="Arial" w:eastAsia="Times New Roman" w:hAnsi="Arial" w:cs="Arial"/>
        </w:rPr>
        <w:t xml:space="preserve"> </w:t>
      </w:r>
      <w:proofErr w:type="spellStart"/>
      <w:r w:rsidRPr="002E0F7B">
        <w:rPr>
          <w:rFonts w:ascii="Arial" w:eastAsia="Times New Roman" w:hAnsi="Arial" w:cs="Arial"/>
        </w:rPr>
        <w:t>berkembang</w:t>
      </w:r>
      <w:proofErr w:type="spellEnd"/>
      <w:r w:rsidRPr="002E0F7B">
        <w:rPr>
          <w:rFonts w:ascii="Arial" w:eastAsia="Times New Roman" w:hAnsi="Arial" w:cs="Arial"/>
        </w:rPr>
        <w:t xml:space="preserve"> dan </w:t>
      </w:r>
      <w:proofErr w:type="spellStart"/>
      <w:r w:rsidRPr="002E0F7B">
        <w:rPr>
          <w:rFonts w:ascii="Arial" w:eastAsia="Times New Roman" w:hAnsi="Arial" w:cs="Arial"/>
        </w:rPr>
        <w:t>menjana</w:t>
      </w:r>
      <w:proofErr w:type="spellEnd"/>
      <w:r w:rsidRPr="002E0F7B">
        <w:rPr>
          <w:rFonts w:ascii="Arial" w:eastAsia="Times New Roman" w:hAnsi="Arial" w:cs="Arial"/>
        </w:rPr>
        <w:t xml:space="preserve"> </w:t>
      </w:r>
      <w:proofErr w:type="spellStart"/>
      <w:r w:rsidRPr="002E0F7B">
        <w:rPr>
          <w:rFonts w:ascii="Arial" w:eastAsia="Times New Roman" w:hAnsi="Arial" w:cs="Arial"/>
        </w:rPr>
        <w:t>pendapatan</w:t>
      </w:r>
      <w:proofErr w:type="spellEnd"/>
      <w:r w:rsidRPr="002E0F7B">
        <w:rPr>
          <w:rFonts w:ascii="Arial" w:eastAsia="Times New Roman" w:hAnsi="Arial" w:cs="Arial"/>
        </w:rPr>
        <w:t xml:space="preserve"> yang </w:t>
      </w:r>
      <w:proofErr w:type="spellStart"/>
      <w:r w:rsidRPr="002E0F7B">
        <w:rPr>
          <w:rFonts w:ascii="Arial" w:eastAsia="Times New Roman" w:hAnsi="Arial" w:cs="Arial"/>
        </w:rPr>
        <w:t>stabil</w:t>
      </w:r>
      <w:proofErr w:type="spellEnd"/>
      <w:r w:rsidRPr="002E0F7B">
        <w:rPr>
          <w:rFonts w:ascii="Arial" w:eastAsia="Times New Roman" w:hAnsi="Arial" w:cs="Arial"/>
        </w:rPr>
        <w:t>.</w:t>
      </w:r>
    </w:p>
    <w:p w14:paraId="69986CA1" w14:textId="2D412DDD" w:rsidR="002601FE" w:rsidRPr="002E0F7B" w:rsidRDefault="002601FE" w:rsidP="002E0F7B">
      <w:pPr>
        <w:jc w:val="both"/>
        <w:rPr>
          <w:rFonts w:ascii="Arial" w:hAnsi="Arial" w:cs="Arial"/>
        </w:rPr>
      </w:pPr>
    </w:p>
    <w:sectPr w:rsidR="002601FE" w:rsidRPr="002E0F7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A0C19F4"/>
    <w:multiLevelType w:val="multilevel"/>
    <w:tmpl w:val="9580D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952796"/>
    <w:multiLevelType w:val="multilevel"/>
    <w:tmpl w:val="DCBC9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9B7964"/>
    <w:multiLevelType w:val="multilevel"/>
    <w:tmpl w:val="A7D6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6506CD"/>
    <w:multiLevelType w:val="multilevel"/>
    <w:tmpl w:val="0748B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9F2C21"/>
    <w:multiLevelType w:val="multilevel"/>
    <w:tmpl w:val="5E02E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912642"/>
    <w:multiLevelType w:val="multilevel"/>
    <w:tmpl w:val="DA06A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790B0D"/>
    <w:multiLevelType w:val="multilevel"/>
    <w:tmpl w:val="25EAD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DC1349"/>
    <w:multiLevelType w:val="multilevel"/>
    <w:tmpl w:val="0A38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7256C9"/>
    <w:multiLevelType w:val="multilevel"/>
    <w:tmpl w:val="35962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2E5A37"/>
    <w:multiLevelType w:val="multilevel"/>
    <w:tmpl w:val="8E06E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2310710">
    <w:abstractNumId w:val="8"/>
  </w:num>
  <w:num w:numId="2" w16cid:durableId="1799378060">
    <w:abstractNumId w:val="6"/>
  </w:num>
  <w:num w:numId="3" w16cid:durableId="1169370406">
    <w:abstractNumId w:val="5"/>
  </w:num>
  <w:num w:numId="4" w16cid:durableId="1437864947">
    <w:abstractNumId w:val="4"/>
  </w:num>
  <w:num w:numId="5" w16cid:durableId="297228852">
    <w:abstractNumId w:val="7"/>
  </w:num>
  <w:num w:numId="6" w16cid:durableId="836074788">
    <w:abstractNumId w:val="3"/>
  </w:num>
  <w:num w:numId="7" w16cid:durableId="1572688604">
    <w:abstractNumId w:val="2"/>
  </w:num>
  <w:num w:numId="8" w16cid:durableId="22290450">
    <w:abstractNumId w:val="1"/>
  </w:num>
  <w:num w:numId="9" w16cid:durableId="312375755">
    <w:abstractNumId w:val="0"/>
  </w:num>
  <w:num w:numId="10" w16cid:durableId="1593705590">
    <w:abstractNumId w:val="18"/>
  </w:num>
  <w:num w:numId="11" w16cid:durableId="1231383663">
    <w:abstractNumId w:val="16"/>
  </w:num>
  <w:num w:numId="12" w16cid:durableId="512765745">
    <w:abstractNumId w:val="13"/>
  </w:num>
  <w:num w:numId="13" w16cid:durableId="34815716">
    <w:abstractNumId w:val="10"/>
  </w:num>
  <w:num w:numId="14" w16cid:durableId="1528133110">
    <w:abstractNumId w:val="17"/>
  </w:num>
  <w:num w:numId="15" w16cid:durableId="1237398652">
    <w:abstractNumId w:val="12"/>
  </w:num>
  <w:num w:numId="16" w16cid:durableId="3216629">
    <w:abstractNumId w:val="14"/>
  </w:num>
  <w:num w:numId="17" w16cid:durableId="479423212">
    <w:abstractNumId w:val="11"/>
  </w:num>
  <w:num w:numId="18" w16cid:durableId="314603381">
    <w:abstractNumId w:val="15"/>
  </w:num>
  <w:num w:numId="19" w16cid:durableId="2729021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601FE"/>
    <w:rsid w:val="0029639D"/>
    <w:rsid w:val="002E0F7B"/>
    <w:rsid w:val="00326F90"/>
    <w:rsid w:val="00447748"/>
    <w:rsid w:val="0099526D"/>
    <w:rsid w:val="00AA1D8D"/>
    <w:rsid w:val="00B47730"/>
    <w:rsid w:val="00CB0664"/>
    <w:rsid w:val="00FB783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CA651E"/>
  <w14:defaultImageDpi w14:val="300"/>
  <w15:docId w15:val="{9DA8E1BA-1853-47AA-82BD-D7E7AA0FE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dTable4">
    <w:name w:val="Grid Table 4"/>
    <w:basedOn w:val="TableNormal"/>
    <w:uiPriority w:val="49"/>
    <w:rsid w:val="0044774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4">
    <w:name w:val="Grid Table 1 Light Accent 4"/>
    <w:basedOn w:val="TableNormal"/>
    <w:uiPriority w:val="46"/>
    <w:rsid w:val="00447748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3">
    <w:name w:val="Plain Table 3"/>
    <w:basedOn w:val="TableNormal"/>
    <w:uiPriority w:val="99"/>
    <w:rsid w:val="002E0F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Dell</cp:lastModifiedBy>
  <cp:revision>2</cp:revision>
  <dcterms:created xsi:type="dcterms:W3CDTF">2026-04-26T16:19:00Z</dcterms:created>
  <dcterms:modified xsi:type="dcterms:W3CDTF">2026-04-26T16:19:00Z</dcterms:modified>
  <cp:category/>
</cp:coreProperties>
</file>